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7008E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87637EA" wp14:editId="6F915AB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1" name="Embedded page backgroun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1" name="Background 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1D3475" w14:textId="77777777" w:rsidR="00215D16" w:rsidRDefault="00000000">
      <w:pPr>
        <w:spacing w:before="519" w:after="0" w:line="582" w:lineRule="exact"/>
        <w:ind w:left="535" w:right="4873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0E72436D" w14:textId="77777777" w:rsidR="00215D16" w:rsidRDefault="00000000">
      <w:pPr>
        <w:spacing w:before="976" w:after="0" w:line="367" w:lineRule="exact"/>
        <w:ind w:left="535" w:right="8032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Gegevens verwijzer</w:t>
      </w:r>
    </w:p>
    <w:p w14:paraId="509154AF" w14:textId="77777777" w:rsidR="00272D12" w:rsidRDefault="00000000">
      <w:pPr>
        <w:spacing w:before="55" w:after="0" w:line="204" w:lineRule="exact"/>
        <w:ind w:left="535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Velden met een * zijn verplicht</w:t>
      </w:r>
    </w:p>
    <w:p w14:paraId="726A9E3B" w14:textId="77777777" w:rsidR="00215D16" w:rsidRDefault="00000000">
      <w:pPr>
        <w:spacing w:before="137" w:after="0" w:line="204" w:lineRule="exact"/>
        <w:ind w:left="535" w:right="915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 van de verwijzer*</w:t>
      </w:r>
    </w:p>
    <w:p w14:paraId="7F452368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490E6311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A6C553A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47FB6A94" w14:textId="77777777" w:rsidR="00215D16" w:rsidRDefault="00000000">
      <w:pPr>
        <w:spacing w:before="172" w:after="0" w:line="204" w:lineRule="exact"/>
        <w:ind w:left="535" w:right="860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E-mailadres van de verwijzer*</w:t>
      </w:r>
    </w:p>
    <w:p w14:paraId="13347CB8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4E01E161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FA16739" w14:textId="77777777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</w:tr>
    </w:tbl>
    <w:p w14:paraId="393020C1" w14:textId="77777777" w:rsidR="00215D16" w:rsidRDefault="00000000">
      <w:pPr>
        <w:spacing w:before="172" w:after="0" w:line="204" w:lineRule="exact"/>
        <w:ind w:left="535" w:right="828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Instelling / Ziekenhuis, anders...*</w:t>
      </w:r>
    </w:p>
    <w:p w14:paraId="06654FC7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0B584DD2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7B23997" w14:textId="77777777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</w:tr>
    </w:tbl>
    <w:p w14:paraId="55AE1D6C" w14:textId="77777777" w:rsidR="00215D16" w:rsidRDefault="00000000">
      <w:pPr>
        <w:spacing w:before="439" w:after="0" w:line="367" w:lineRule="exact"/>
        <w:ind w:left="535" w:right="8155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Gegevens longarts</w:t>
      </w:r>
    </w:p>
    <w:p w14:paraId="13AB918D" w14:textId="77777777" w:rsidR="00215D16" w:rsidRDefault="00000000">
      <w:pPr>
        <w:spacing w:before="137" w:after="0" w:line="204" w:lineRule="exact"/>
        <w:ind w:left="535" w:right="921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 van de longarts*</w:t>
      </w:r>
    </w:p>
    <w:p w14:paraId="37FB957B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7538BC8D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49A25F8F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1CA651A1" w14:textId="77777777" w:rsidR="00215D16" w:rsidRDefault="00000000">
      <w:pPr>
        <w:spacing w:before="172" w:after="0" w:line="204" w:lineRule="exact"/>
        <w:ind w:left="535" w:right="8661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E-mailadres van de longarts*</w:t>
      </w:r>
    </w:p>
    <w:p w14:paraId="33965040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70294B80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28917B06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7B4261C9" w14:textId="77777777" w:rsidR="00215D16" w:rsidRDefault="00000000">
      <w:pPr>
        <w:spacing w:before="432" w:after="0" w:line="367" w:lineRule="exact"/>
        <w:ind w:left="535" w:right="8361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Gegevens patiënt</w:t>
      </w:r>
    </w:p>
    <w:p w14:paraId="3CAE58A0" w14:textId="77777777" w:rsidR="00215D16" w:rsidRDefault="00000000">
      <w:pPr>
        <w:spacing w:before="137" w:after="0" w:line="204" w:lineRule="exact"/>
        <w:ind w:left="535" w:right="1055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Aanhef*</w:t>
      </w:r>
    </w:p>
    <w:p w14:paraId="078ACEAA" w14:textId="77777777" w:rsidR="00215D16" w:rsidRDefault="00000000">
      <w:pPr>
        <w:tabs>
          <w:tab w:val="left" w:pos="1760"/>
        </w:tabs>
        <w:spacing w:before="157" w:after="0" w:line="204" w:lineRule="exact"/>
        <w:ind w:left="620"/>
        <w:rPr>
          <w:rFonts w:hint="eastAsia"/>
        </w:rPr>
      </w:pPr>
      <w:sdt>
        <w:sdtPr>
          <w:alias w:val="Aanhef_Dhr"/>
          <w:tag w:val="Aanhef_Dhr"/>
          <w:id w:val="700000001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Dhr.</w:t>
      </w:r>
      <w:r>
        <w:tab/>
      </w:r>
      <w:sdt>
        <w:sdtPr>
          <w:alias w:val="Aanhef_Mevr"/>
          <w:tag w:val="Aanhef_Mevr"/>
          <w:id w:val="700000002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Mevr.</w:t>
      </w:r>
    </w:p>
    <w:p w14:paraId="73270FBE" w14:textId="77777777" w:rsidR="00215D16" w:rsidRDefault="00000000">
      <w:pPr>
        <w:spacing w:before="277" w:after="0" w:line="204" w:lineRule="exact"/>
        <w:ind w:left="535" w:right="1066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Naam*</w:t>
      </w:r>
    </w:p>
    <w:p w14:paraId="3C93F0DF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24"/>
      </w:tblGrid>
      <w:tr w:rsidR="00215D16" w14:paraId="31B65D82" w14:textId="77777777">
        <w:trPr>
          <w:cantSplit/>
          <w:trHeight w:hRule="exact" w:val="427"/>
        </w:trPr>
        <w:tc>
          <w:tcPr>
            <w:tcW w:w="1052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28C76CD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3C2DFF32" w14:textId="77777777" w:rsidR="00215D16" w:rsidRDefault="00000000">
      <w:pPr>
        <w:tabs>
          <w:tab w:val="left" w:pos="5040"/>
        </w:tabs>
        <w:spacing w:before="172" w:after="0" w:line="204" w:lineRule="exact"/>
        <w:ind w:left="5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Geboortedatum</w:t>
      </w:r>
      <w:r>
        <w:tab/>
      </w:r>
      <w:r>
        <w:rPr>
          <w:rFonts w:cs="Clear Sans"/>
          <w:color w:val="000000"/>
          <w:szCs w:val="20"/>
          <w:lang w:val="nl-NL"/>
        </w:rPr>
        <w:t xml:space="preserve">BSN* </w:t>
      </w:r>
    </w:p>
    <w:p w14:paraId="4BA3F921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5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50"/>
        <w:gridCol w:w="6021"/>
      </w:tblGrid>
      <w:tr w:rsidR="00215D16" w14:paraId="2E1C994A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6C994A44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  <w:tc>
          <w:tcPr>
            <w:tcW w:w="25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4FC30664" w14:textId="77777777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  <w:tc>
          <w:tcPr>
            <w:tcW w:w="602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07D9158E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1A318846" w14:textId="77777777" w:rsidR="00215D16" w:rsidRDefault="00000000">
      <w:pPr>
        <w:tabs>
          <w:tab w:val="left" w:pos="5040"/>
        </w:tabs>
        <w:spacing w:before="172" w:after="0" w:line="204" w:lineRule="exact"/>
        <w:ind w:left="5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Telefoonnummer*</w:t>
      </w:r>
      <w:r>
        <w:tab/>
      </w:r>
      <w:r>
        <w:rPr>
          <w:rFonts w:cs="Clear Sans"/>
          <w:color w:val="000000"/>
          <w:szCs w:val="20"/>
          <w:lang w:val="nl-NL"/>
        </w:rPr>
        <w:t>Emailadres*</w:t>
      </w:r>
    </w:p>
    <w:p w14:paraId="7945977B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5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50"/>
        <w:gridCol w:w="6021"/>
      </w:tblGrid>
      <w:tr w:rsidR="00215D16" w14:paraId="6404C9DA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DD13068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  <w:tc>
          <w:tcPr>
            <w:tcW w:w="25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D3B072E" w14:textId="77777777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  <w:tc>
          <w:tcPr>
            <w:tcW w:w="602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3C8F643A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26C0A6A9" w14:textId="77777777" w:rsidR="00215D16" w:rsidRDefault="00000000">
      <w:pPr>
        <w:spacing w:before="127" w:after="0" w:line="204" w:lineRule="exact"/>
        <w:ind w:left="535" w:right="7787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Gaat verder op de volgende bladzijde &gt;</w:t>
      </w:r>
    </w:p>
    <w:p w14:paraId="47C65B8A" w14:textId="77777777" w:rsidR="00215D16" w:rsidRDefault="00215D16">
      <w:pPr>
        <w:tabs>
          <w:tab w:val="left" w:pos="10912"/>
        </w:tabs>
        <w:spacing w:before="105" w:after="0" w:line="245" w:lineRule="exact"/>
        <w:ind w:left="535"/>
        <w:rPr>
          <w:rFonts w:hint="eastAsia"/>
        </w:rPr>
      </w:pPr>
    </w:p>
    <w:p w14:paraId="1FB2952D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2111A33C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60E237C8" wp14:editId="6182DAE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2" name="Embedded page backgroun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2" name="Background 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AFFE01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46B03199" w14:textId="77777777" w:rsidR="00215D16" w:rsidRDefault="00000000">
      <w:pPr>
        <w:spacing w:before="1009" w:after="0" w:line="204" w:lineRule="exact"/>
        <w:ind w:left="535" w:right="321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Wilt u voor deze patiënt doelen vanuit het ziekenhuis meesturen? (Zo niet, dan leeg laten)</w:t>
      </w:r>
    </w:p>
    <w:p w14:paraId="706B8E20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1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21"/>
      </w:tblGrid>
      <w:tr w:rsidR="00215D16" w14:paraId="305912DB" w14:textId="77777777">
        <w:trPr>
          <w:cantSplit/>
          <w:trHeight w:hRule="exact" w:val="2330"/>
        </w:trPr>
        <w:tc>
          <w:tcPr>
            <w:tcW w:w="10521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69384FC4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643530AD" w14:textId="77777777" w:rsidR="00215D16" w:rsidRDefault="00000000">
      <w:pPr>
        <w:spacing w:before="172" w:after="0" w:line="204" w:lineRule="exact"/>
        <w:ind w:left="535" w:right="5014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Heeft deze patiënt een longverpleegkundige? (Zo niet, dan leeg laten)</w:t>
      </w:r>
    </w:p>
    <w:p w14:paraId="679943DF" w14:textId="77777777" w:rsidR="00215D16" w:rsidRDefault="00000000">
      <w:pPr>
        <w:spacing w:before="156" w:after="0" w:line="204" w:lineRule="exact"/>
        <w:ind w:left="535" w:right="8174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 van de longverpleegkundige</w:t>
      </w:r>
    </w:p>
    <w:p w14:paraId="7DCDB8D8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425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</w:tblGrid>
      <w:tr w:rsidR="00215D16" w14:paraId="266BF0CD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83939D1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1601B534" w14:textId="77777777" w:rsidR="00215D16" w:rsidRDefault="00000000">
      <w:pPr>
        <w:spacing w:before="172" w:after="0" w:line="204" w:lineRule="exact"/>
        <w:ind w:left="535" w:right="761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E-mailadres van de longverpleegkundige</w:t>
      </w:r>
    </w:p>
    <w:p w14:paraId="5A913F5D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425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</w:tblGrid>
      <w:tr w:rsidR="00215D16" w14:paraId="4AC9B3AE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138CAD3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36FEE870" w14:textId="77777777" w:rsidR="00215D16" w:rsidRDefault="00000000">
      <w:pPr>
        <w:spacing w:before="567" w:after="0" w:line="367" w:lineRule="exact"/>
        <w:ind w:left="535" w:right="8623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Verwijsindicatie</w:t>
      </w:r>
    </w:p>
    <w:p w14:paraId="6C27DC70" w14:textId="77777777" w:rsidR="00215D16" w:rsidRDefault="00000000">
      <w:pPr>
        <w:spacing w:before="137" w:after="0" w:line="204" w:lineRule="exact"/>
        <w:ind w:left="535" w:right="623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1. Wilt u in het kort de reden van verwijzing beschrijven:</w:t>
      </w:r>
    </w:p>
    <w:p w14:paraId="5040A707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5768621E" w14:textId="77777777">
        <w:trPr>
          <w:cantSplit/>
          <w:trHeight w:hRule="exact" w:val="1741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5B54986D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5A88EE8A" w14:textId="77777777" w:rsidR="00215D16" w:rsidRDefault="00000000">
      <w:pPr>
        <w:spacing w:before="130" w:after="0" w:line="204" w:lineRule="exact"/>
        <w:ind w:left="557" w:right="5104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2. Wilt u beschrijven op basis waarvan de diagnose astma is gesteld:</w:t>
      </w:r>
    </w:p>
    <w:p w14:paraId="52341593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4D9315F0" w14:textId="77777777">
        <w:trPr>
          <w:cantSplit/>
          <w:trHeight w:hRule="exact" w:val="1741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332C8264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1EBD6956" w14:textId="77777777" w:rsidR="00215D16" w:rsidRDefault="00000000">
      <w:pPr>
        <w:spacing w:before="367" w:after="0" w:line="204" w:lineRule="exact"/>
        <w:ind w:left="557" w:right="328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3. Betreft het een patiënt met ernstig astma volgens de definitie van de NVALT richtlijn?*</w:t>
      </w:r>
    </w:p>
    <w:p w14:paraId="637ED737" w14:textId="77777777" w:rsidR="00215D16" w:rsidRDefault="00000000">
      <w:pPr>
        <w:spacing w:before="21" w:after="0" w:line="204" w:lineRule="exact"/>
        <w:ind w:left="557" w:right="403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Gebruikt patiënt hoge dosis ICS &gt; 500 mcg equivalent van fluticasone en LABA?</w:t>
      </w:r>
    </w:p>
    <w:p w14:paraId="1413440E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2_Ja"/>
          <w:tag w:val="Optie_2_Ja"/>
          <w:id w:val="700000003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2_Nee"/>
          <w:tag w:val="Optie_2_Nee"/>
          <w:id w:val="700000004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42269637" w14:textId="77777777" w:rsidR="00215D16" w:rsidRDefault="00000000">
      <w:pPr>
        <w:spacing w:before="288" w:after="0" w:line="204" w:lineRule="exact"/>
        <w:ind w:left="557" w:right="384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4.a Is er sprake van persisterende slechte astma controle? ACQ &gt; 1.5 of ACT &lt; 19</w:t>
      </w:r>
    </w:p>
    <w:p w14:paraId="5D5DA09C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3_Ja"/>
          <w:tag w:val="Optie_3_Ja"/>
          <w:id w:val="700000005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3_Nee"/>
          <w:tag w:val="Optie_3_Nee"/>
          <w:id w:val="700000006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6BE75856" w14:textId="77777777" w:rsidR="00215D16" w:rsidRDefault="00000000">
      <w:pPr>
        <w:spacing w:before="562" w:after="0" w:line="204" w:lineRule="exact"/>
        <w:ind w:left="535" w:right="7787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Gaat verder op de volgende bladzijde &gt;</w:t>
      </w:r>
    </w:p>
    <w:p w14:paraId="2534C904" w14:textId="77777777" w:rsidR="00215D16" w:rsidRDefault="00215D16">
      <w:pPr>
        <w:tabs>
          <w:tab w:val="left" w:pos="10921"/>
        </w:tabs>
        <w:spacing w:before="477" w:after="0" w:line="245" w:lineRule="exact"/>
        <w:ind w:left="535"/>
        <w:rPr>
          <w:rFonts w:hint="eastAsia"/>
        </w:rPr>
      </w:pPr>
    </w:p>
    <w:p w14:paraId="751055F9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0EBF2227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60288" behindDoc="1" locked="0" layoutInCell="1" allowOverlap="1" wp14:anchorId="7414DBA8" wp14:editId="5F3BB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3" name="Embedded page backgroun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" name="Background 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DECD6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40C3B033" w14:textId="77777777" w:rsidR="00215D16" w:rsidRDefault="00000000">
      <w:pPr>
        <w:spacing w:before="1129" w:after="0" w:line="204" w:lineRule="exact"/>
        <w:ind w:left="535" w:right="9010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4.b Wat is de ACQ score?</w:t>
      </w:r>
    </w:p>
    <w:p w14:paraId="2E4B61EE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0C02F0D5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CF8B34A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67DDD1C6" w14:textId="77777777" w:rsidR="00215D16" w:rsidRDefault="00000000">
      <w:pPr>
        <w:spacing w:before="187" w:after="0" w:line="204" w:lineRule="exact"/>
        <w:ind w:left="557" w:right="497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4c. Heeft de patiënt meer dan 2 exacerbaties per jaar, waarvoor OCS?</w:t>
      </w:r>
    </w:p>
    <w:p w14:paraId="43C59430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4_Ja"/>
          <w:tag w:val="Optie_4_Ja"/>
          <w:id w:val="700000007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4_Nee"/>
          <w:tag w:val="Optie_4_Nee"/>
          <w:id w:val="700000008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0DD2C790" w14:textId="77777777" w:rsidR="00215D16" w:rsidRDefault="00000000">
      <w:pPr>
        <w:spacing w:before="291" w:after="0" w:line="204" w:lineRule="exact"/>
        <w:ind w:left="557" w:right="409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4d. Is er noodzaak tot onderhoudsbehandeling met OCS &gt; 6 maanden per jaar?</w:t>
      </w:r>
    </w:p>
    <w:p w14:paraId="6A3E95C8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5_Ja"/>
          <w:tag w:val="Optie_5_Ja"/>
          <w:id w:val="700000009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5_Nee"/>
          <w:tag w:val="Optie_5_Nee"/>
          <w:id w:val="700000010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7E051BE1" w14:textId="77777777" w:rsidR="00215D16" w:rsidRDefault="00000000">
      <w:pPr>
        <w:spacing w:before="307" w:after="0" w:line="204" w:lineRule="exact"/>
        <w:ind w:left="557" w:right="494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4e. Zijn er ziekenhuisopnames geweest afgelopen jaar?</w:t>
      </w:r>
    </w:p>
    <w:p w14:paraId="250B7B1B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6_Ja"/>
          <w:tag w:val="Optie_6_Ja"/>
          <w:id w:val="700000011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6_Nee"/>
          <w:tag w:val="Optie_6_Nee"/>
          <w:id w:val="700000012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447E71BB" w14:textId="77777777" w:rsidR="00215D16" w:rsidRDefault="00562B9B">
      <w:pPr>
        <w:spacing w:before="187" w:after="0" w:line="204" w:lineRule="exact"/>
        <w:ind w:left="557" w:right="886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Zo ja, hoeveel opnames?</w:t>
      </w:r>
    </w:p>
    <w:p w14:paraId="41DDF23E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5CAFD45A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AA31028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60726A45" w14:textId="3FADDA97" w:rsidR="00215D16" w:rsidRDefault="00000000" w:rsidP="00B53236">
      <w:pPr>
        <w:spacing w:before="187" w:after="0" w:line="204" w:lineRule="exact"/>
        <w:ind w:left="557" w:right="49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 xml:space="preserve">5. Is </w:t>
      </w:r>
      <w:r w:rsidR="007D63FF">
        <w:rPr>
          <w:rFonts w:cs="Clear Sans"/>
          <w:color w:val="000000"/>
          <w:szCs w:val="20"/>
          <w:lang w:val="nl-NL"/>
        </w:rPr>
        <w:t>er</w:t>
      </w:r>
      <w:r>
        <w:rPr>
          <w:rFonts w:cs="Clear Sans"/>
          <w:color w:val="000000"/>
          <w:szCs w:val="20"/>
          <w:lang w:val="nl-NL"/>
        </w:rPr>
        <w:t xml:space="preserve"> aandacht besteed aan de volgende voorwaarden:</w:t>
      </w:r>
      <w:r>
        <w:br/>
      </w:r>
      <w:r>
        <w:rPr>
          <w:rFonts w:cs="Clear Sans"/>
          <w:color w:val="000000"/>
          <w:szCs w:val="20"/>
          <w:lang w:val="nl-NL"/>
        </w:rPr>
        <w:t>5a. Is de inhalatietechniek geoptimaliseerd?</w:t>
      </w:r>
    </w:p>
    <w:p w14:paraId="2063B049" w14:textId="0B3585DC" w:rsidR="00215D16" w:rsidRDefault="00000000">
      <w:pPr>
        <w:tabs>
          <w:tab w:val="left" w:pos="1780"/>
        </w:tabs>
        <w:spacing w:before="186" w:after="0" w:line="204" w:lineRule="exact"/>
        <w:ind w:left="640"/>
        <w:rPr>
          <w:rFonts w:hint="eastAsia"/>
        </w:rPr>
      </w:pPr>
      <w:sdt>
        <w:sdtPr>
          <w:alias w:val="Optie_8_Ja"/>
          <w:tag w:val="Optie_8_Ja"/>
          <w:id w:val="700000015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4C1BFC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8_Nee"/>
          <w:tag w:val="Optie_8_Nee"/>
          <w:id w:val="700000016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2B6EA47B" w14:textId="77777777" w:rsidR="00215D16" w:rsidRDefault="00000000">
      <w:pPr>
        <w:spacing w:before="279" w:after="0" w:line="204" w:lineRule="exact"/>
        <w:ind w:left="557" w:right="75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5b. Is de therapietrouw geoptimaliseerd?</w:t>
      </w:r>
    </w:p>
    <w:p w14:paraId="4EA8D2DB" w14:textId="77777777" w:rsidR="00215D16" w:rsidRDefault="00000000">
      <w:pPr>
        <w:tabs>
          <w:tab w:val="left" w:pos="1780"/>
        </w:tabs>
        <w:spacing w:before="189" w:after="0" w:line="204" w:lineRule="exact"/>
        <w:ind w:left="640"/>
        <w:rPr>
          <w:rFonts w:hint="eastAsia"/>
        </w:rPr>
      </w:pPr>
      <w:sdt>
        <w:sdtPr>
          <w:alias w:val="Optie_9_Ja"/>
          <w:tag w:val="Optie_9_Ja"/>
          <w:id w:val="700000017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9_Nee"/>
          <w:tag w:val="Optie_9_Nee"/>
          <w:id w:val="700000018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3DAE0309" w14:textId="77777777" w:rsidR="00215D16" w:rsidRDefault="00000000">
      <w:pPr>
        <w:spacing w:before="277" w:after="0" w:line="204" w:lineRule="exact"/>
        <w:ind w:left="557" w:right="571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5c. Is de blootstelling aan exogene prikkels geminimaliseerd?</w:t>
      </w:r>
    </w:p>
    <w:p w14:paraId="57B74430" w14:textId="77777777" w:rsidR="00215D16" w:rsidRDefault="00000000">
      <w:pPr>
        <w:tabs>
          <w:tab w:val="left" w:pos="1780"/>
        </w:tabs>
        <w:spacing w:before="207" w:after="0" w:line="204" w:lineRule="exact"/>
        <w:ind w:left="640"/>
        <w:rPr>
          <w:rFonts w:hint="eastAsia"/>
        </w:rPr>
      </w:pPr>
      <w:sdt>
        <w:sdtPr>
          <w:alias w:val="Optie_10_Ja"/>
          <w:tag w:val="Optie_10_Ja"/>
          <w:id w:val="700000019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0_Nee"/>
          <w:tag w:val="Optie_10_Nee"/>
          <w:id w:val="700000020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2CBFD010" w14:textId="77777777" w:rsidR="00215D16" w:rsidRDefault="00000000">
      <w:pPr>
        <w:spacing w:before="307" w:after="0" w:line="204" w:lineRule="exact"/>
        <w:ind w:left="557" w:right="5571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5d. Is eventueel aanwezige comorbiditeit maximaal behandeld?</w:t>
      </w:r>
    </w:p>
    <w:p w14:paraId="559DBB7F" w14:textId="77777777" w:rsidR="00215D16" w:rsidRDefault="00000000">
      <w:pPr>
        <w:tabs>
          <w:tab w:val="left" w:pos="1780"/>
        </w:tabs>
        <w:spacing w:before="180" w:after="0" w:line="204" w:lineRule="exact"/>
        <w:ind w:left="640"/>
        <w:rPr>
          <w:rFonts w:hint="eastAsia"/>
        </w:rPr>
      </w:pPr>
      <w:sdt>
        <w:sdtPr>
          <w:alias w:val="Optie_11_Ja"/>
          <w:tag w:val="Optie_11_Ja"/>
          <w:id w:val="700000021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1_Nee"/>
          <w:tag w:val="Optie_11_Nee"/>
          <w:id w:val="700000022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1F2ECE21" w14:textId="77777777" w:rsidR="00215D16" w:rsidRDefault="00000000">
      <w:pPr>
        <w:spacing w:before="277" w:after="0" w:line="204" w:lineRule="exact"/>
        <w:ind w:left="557" w:right="67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5e. Is patiënt niet-roker of ≥ 6 maanden ex-roker?</w:t>
      </w:r>
    </w:p>
    <w:p w14:paraId="61A69D68" w14:textId="77777777" w:rsidR="00215D16" w:rsidRDefault="00000000">
      <w:pPr>
        <w:tabs>
          <w:tab w:val="left" w:pos="1780"/>
        </w:tabs>
        <w:spacing w:before="168" w:after="0" w:line="204" w:lineRule="exact"/>
        <w:ind w:left="640"/>
        <w:rPr>
          <w:rFonts w:hint="eastAsia"/>
        </w:rPr>
      </w:pPr>
      <w:sdt>
        <w:sdtPr>
          <w:alias w:val="Optie_12_Ja"/>
          <w:tag w:val="Optie_12_Ja"/>
          <w:id w:val="700000023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2_Nee"/>
          <w:tag w:val="Optie_12_Nee"/>
          <w:id w:val="700000024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4FF17B51" w14:textId="77777777" w:rsidR="00215D16" w:rsidRDefault="00000000">
      <w:pPr>
        <w:spacing w:before="277" w:after="0" w:line="204" w:lineRule="exact"/>
        <w:ind w:left="557" w:right="207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5f. Wordt patiënt gedurende tenminste 6 maanden behandeld door longarts en longverpleegkundige?</w:t>
      </w:r>
    </w:p>
    <w:p w14:paraId="7E14B8C6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13_Ja"/>
          <w:tag w:val="Optie_13_Ja"/>
          <w:id w:val="700000025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3_Nee"/>
          <w:tag w:val="Optie_13_Nee"/>
          <w:id w:val="700000026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7C0188C6" w14:textId="77777777" w:rsidR="00215D16" w:rsidRDefault="00000000">
      <w:pPr>
        <w:spacing w:before="307" w:after="0" w:line="204" w:lineRule="exact"/>
        <w:ind w:left="557" w:right="412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6. Heeft patiënt deelgenomen aan (poli) klinische longrevalidatie op zeeniveau?</w:t>
      </w:r>
    </w:p>
    <w:p w14:paraId="61E91614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14_Ja"/>
          <w:tag w:val="Optie_14_Ja"/>
          <w:id w:val="700000027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4_Nee"/>
          <w:tag w:val="Optie_14_Nee"/>
          <w:id w:val="700000028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4600EABC" w14:textId="77777777" w:rsidR="00215D16" w:rsidRDefault="00000000">
      <w:pPr>
        <w:spacing w:before="277" w:after="0" w:line="204" w:lineRule="exact"/>
        <w:ind w:left="557" w:right="89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6a. Waar bestond die uit?</w:t>
      </w:r>
    </w:p>
    <w:p w14:paraId="2C3A1699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7429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429"/>
      </w:tblGrid>
      <w:tr w:rsidR="00215D16" w14:paraId="4B999C40" w14:textId="77777777">
        <w:trPr>
          <w:cantSplit/>
          <w:trHeight w:hRule="exact" w:val="996"/>
        </w:trPr>
        <w:tc>
          <w:tcPr>
            <w:tcW w:w="7429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4B81BF6D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5F0C336B" w14:textId="77777777" w:rsidR="00B53236" w:rsidRDefault="00B53236">
      <w:pPr>
        <w:spacing w:before="356" w:after="0" w:line="204" w:lineRule="exact"/>
        <w:ind w:left="535" w:right="7787"/>
        <w:rPr>
          <w:rFonts w:cs="Clear Sans" w:hint="eastAsia"/>
          <w:i/>
          <w:color w:val="000000"/>
          <w:szCs w:val="20"/>
          <w:lang w:val="nl-NL"/>
        </w:rPr>
      </w:pPr>
    </w:p>
    <w:p w14:paraId="721D667C" w14:textId="77777777" w:rsidR="00215D16" w:rsidRDefault="00000000">
      <w:pPr>
        <w:spacing w:before="356" w:after="0" w:line="204" w:lineRule="exact"/>
        <w:ind w:left="535" w:right="7787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Gaat verder op de volgende bladzijde &gt;</w:t>
      </w:r>
    </w:p>
    <w:p w14:paraId="6CF1A259" w14:textId="77777777" w:rsidR="00215D16" w:rsidRDefault="00215D16">
      <w:pPr>
        <w:tabs>
          <w:tab w:val="left" w:pos="10921"/>
        </w:tabs>
        <w:spacing w:before="267" w:after="0" w:line="245" w:lineRule="exact"/>
        <w:ind w:left="535"/>
        <w:rPr>
          <w:rFonts w:hint="eastAsia"/>
        </w:rPr>
      </w:pPr>
    </w:p>
    <w:p w14:paraId="0CEE218D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2689E362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61312" behindDoc="1" locked="0" layoutInCell="1" allowOverlap="1" wp14:anchorId="104F8B61" wp14:editId="56A2C36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4" name="Embedded page backgroun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4" name="Background 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E4F32E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7451F79C" w14:textId="77777777" w:rsidR="00215D16" w:rsidRDefault="00000000">
      <w:pPr>
        <w:spacing w:before="1157" w:after="0" w:line="204" w:lineRule="exact"/>
        <w:ind w:left="557" w:right="619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7. Wilt u in het kort relevante comorbiditeit beschrijven?</w:t>
      </w:r>
    </w:p>
    <w:p w14:paraId="07951BF4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79E239A3" w14:textId="77777777">
        <w:trPr>
          <w:cantSplit/>
          <w:trHeight w:hRule="exact" w:val="1741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7E5E11EA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76CA172D" w14:textId="77777777" w:rsidR="00215D16" w:rsidRDefault="00000000">
      <w:pPr>
        <w:spacing w:before="172" w:after="0" w:line="204" w:lineRule="exact"/>
        <w:ind w:left="558" w:right="19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8. Bij het inleveren van deze documenten vragen wij u om ook uw medische documenten aan te leveren.</w:t>
      </w:r>
    </w:p>
    <w:p w14:paraId="41E80804" w14:textId="77777777" w:rsidR="00215D16" w:rsidRDefault="00000000">
      <w:pPr>
        <w:spacing w:before="398" w:after="0" w:line="367" w:lineRule="exact"/>
        <w:ind w:left="558" w:right="7252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Telefonische toelichting</w:t>
      </w:r>
    </w:p>
    <w:p w14:paraId="7D88663A" w14:textId="77777777" w:rsidR="00215D16" w:rsidRDefault="00000000">
      <w:pPr>
        <w:spacing w:before="137" w:after="0" w:line="204" w:lineRule="exact"/>
        <w:ind w:left="558" w:right="113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 xml:space="preserve">Als u vragen heeft omtrent de verwijzing staan de longartsen Rolf Wolters en Marieke Drijver u graag telefonisch </w:t>
      </w:r>
    </w:p>
    <w:p w14:paraId="74C6CB09" w14:textId="77777777" w:rsidR="00215D16" w:rsidRDefault="00000000">
      <w:pPr>
        <w:spacing w:before="21" w:after="0" w:line="204" w:lineRule="exact"/>
        <w:ind w:left="558" w:right="325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te woord, + 41 58 51 14 800, of per mail r.wolters@nadavos.nl of m.drijver@nadavos.nl.</w:t>
      </w:r>
    </w:p>
    <w:p w14:paraId="0967FDCD" w14:textId="77777777" w:rsidR="00215D16" w:rsidRDefault="00000000">
      <w:pPr>
        <w:spacing w:before="624" w:after="0" w:line="204" w:lineRule="exact"/>
        <w:ind w:left="559" w:right="966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9. Extra controle*</w:t>
      </w:r>
    </w:p>
    <w:p w14:paraId="758059BE" w14:textId="77777777" w:rsidR="00215D16" w:rsidRDefault="00000000">
      <w:pPr>
        <w:spacing w:before="156" w:after="0" w:line="204" w:lineRule="exact"/>
        <w:ind w:left="640" w:right="3437"/>
        <w:rPr>
          <w:rFonts w:hint="eastAsia"/>
        </w:rPr>
      </w:pPr>
      <w:sdt>
        <w:sdtPr>
          <w:alias w:val="Toestemming_patient"/>
          <w:tag w:val="Toestemming_patient"/>
          <w:id w:val="700000029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i/>
          <w:color w:val="000000"/>
          <w:szCs w:val="20"/>
          <w:lang w:val="nl-NL"/>
        </w:rPr>
        <w:t xml:space="preserve"> Genoemde patiënt heeft toestemming gegeven om bovenstaande gegevens naar het</w:t>
      </w:r>
    </w:p>
    <w:p w14:paraId="57FFB7AC" w14:textId="77777777" w:rsidR="00215D16" w:rsidRDefault="00000000">
      <w:pPr>
        <w:spacing w:before="21" w:after="0" w:line="204" w:lineRule="exact"/>
        <w:ind w:left="922" w:right="4330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Nederlands Astmacentrum Davos te sturen en heeft indien van toepassing</w:t>
      </w:r>
    </w:p>
    <w:p w14:paraId="08361FAC" w14:textId="77777777" w:rsidR="00215D16" w:rsidRDefault="00000000">
      <w:pPr>
        <w:spacing w:before="21" w:after="0" w:line="204" w:lineRule="exact"/>
        <w:ind w:left="922" w:right="3804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toestemming gegeven tot inzage van het dossier van een eerdere opname in het</w:t>
      </w:r>
    </w:p>
    <w:p w14:paraId="1F69C953" w14:textId="77777777" w:rsidR="00215D16" w:rsidRDefault="00000000">
      <w:pPr>
        <w:spacing w:before="21" w:after="0" w:line="204" w:lineRule="exact"/>
        <w:ind w:left="922" w:right="7934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Nederlands Astmacentrum Davos</w:t>
      </w:r>
    </w:p>
    <w:p w14:paraId="385D45B3" w14:textId="77777777" w:rsidR="00215D16" w:rsidRDefault="00215D16">
      <w:pPr>
        <w:tabs>
          <w:tab w:val="left" w:pos="10921"/>
        </w:tabs>
        <w:spacing w:before="7927" w:after="0" w:line="245" w:lineRule="exact"/>
        <w:ind w:left="535"/>
        <w:rPr>
          <w:rFonts w:hint="eastAsia"/>
        </w:rPr>
      </w:pPr>
    </w:p>
    <w:p w14:paraId="6D47C7FB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75CFCDDC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62336" behindDoc="1" locked="0" layoutInCell="1" allowOverlap="1" wp14:anchorId="104F8B62" wp14:editId="56A2C36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5" name="Embedded page backgroun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5" name="Background 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195D7E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28248C42" w14:textId="77777777" w:rsidR="00215D16" w:rsidRDefault="00000000">
      <w:pPr>
        <w:spacing w:before="976" w:after="0" w:line="367" w:lineRule="exact"/>
        <w:ind w:left="535" w:right="5000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Aanvullende informatie</w:t>
      </w:r>
    </w:p>
    <w:p w14:paraId="1D257F85" w14:textId="77777777" w:rsidR="00215D16" w:rsidRDefault="00000000">
      <w:pPr>
        <w:spacing w:before="137" w:after="0" w:line="204" w:lineRule="exact"/>
        <w:ind w:left="557" w:right="19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Wilt u hier eventuele aanvullende informatie beschrijven?</w:t>
      </w:r>
    </w:p>
    <w:p w14:paraId="4299C5FE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55B58D83" w14:textId="77777777">
        <w:trPr>
          <w:cantSplit/>
          <w:trHeight w:hRule="exact" w:val="10360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204D6F5A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3102AECF" w14:textId="77777777" w:rsidR="00215D16" w:rsidRDefault="00215D16">
      <w:pPr>
        <w:tabs>
          <w:tab w:val="left" w:pos="10921"/>
        </w:tabs>
        <w:spacing w:before="2555" w:after="0" w:line="245" w:lineRule="exact"/>
        <w:ind w:left="535"/>
        <w:rPr>
          <w:rFonts w:hint="eastAsia"/>
        </w:rPr>
      </w:pPr>
    </w:p>
    <w:sectPr w:rsidR="00215D16" w:rsidSect="00034616">
      <w:pgSz w:w="11910" w:h="1684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ear Sans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421514">
    <w:abstractNumId w:val="8"/>
  </w:num>
  <w:num w:numId="2" w16cid:durableId="1284967182">
    <w:abstractNumId w:val="6"/>
  </w:num>
  <w:num w:numId="3" w16cid:durableId="1256749194">
    <w:abstractNumId w:val="5"/>
  </w:num>
  <w:num w:numId="4" w16cid:durableId="302464711">
    <w:abstractNumId w:val="4"/>
  </w:num>
  <w:num w:numId="5" w16cid:durableId="1464082801">
    <w:abstractNumId w:val="7"/>
  </w:num>
  <w:num w:numId="6" w16cid:durableId="1649432585">
    <w:abstractNumId w:val="3"/>
  </w:num>
  <w:num w:numId="7" w16cid:durableId="1032733128">
    <w:abstractNumId w:val="2"/>
  </w:num>
  <w:num w:numId="8" w16cid:durableId="393700158">
    <w:abstractNumId w:val="1"/>
  </w:num>
  <w:num w:numId="9" w16cid:durableId="4264681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1EAB"/>
    <w:rsid w:val="001E2FAC"/>
    <w:rsid w:val="00215D16"/>
    <w:rsid w:val="00221DC6"/>
    <w:rsid w:val="00272D12"/>
    <w:rsid w:val="0029639D"/>
    <w:rsid w:val="00326F90"/>
    <w:rsid w:val="004C1BFC"/>
    <w:rsid w:val="00562B9B"/>
    <w:rsid w:val="007D1E38"/>
    <w:rsid w:val="007D63FF"/>
    <w:rsid w:val="00872DAA"/>
    <w:rsid w:val="009060D0"/>
    <w:rsid w:val="00AA1D8D"/>
    <w:rsid w:val="00B47730"/>
    <w:rsid w:val="00B53236"/>
    <w:rsid w:val="00BE37E0"/>
    <w:rsid w:val="00CB0664"/>
    <w:rsid w:val="00E00F5B"/>
    <w:rsid w:val="00E8127E"/>
    <w:rsid w:val="00FA40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1BB66"/>
  <w14:defaultImageDpi w14:val="300"/>
  <w15:docId w15:val="{AD95C0F7-F7F7-E544-B36E-7092E9A8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lear Sans" w:hAnsi="Clear San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455</Words>
  <Characters>2504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Mats Hartog</cp:lastModifiedBy>
  <cp:revision>10</cp:revision>
  <cp:lastPrinted>2026-09-10T10:35:00Z</cp:lastPrinted>
  <dcterms:created xsi:type="dcterms:W3CDTF">2013-12-23T23:15:00Z</dcterms:created>
  <dcterms:modified xsi:type="dcterms:W3CDTF">2026-10-08T07:34:00Z</dcterms:modified>
  <cp:category/>
</cp:coreProperties>
</file>