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537B66" w14:textId="142703A7" w:rsidR="00215D16" w:rsidRDefault="00000000">
      <w:pPr>
        <w:spacing w:after="0" w:line="1" w:lineRule="exact"/>
        <w:rPr>
          <w:rFonts w:hint="eastAsia"/>
        </w:rPr>
      </w:pPr>
      <w:r>
        <w:rPr>
          <w:noProof/>
        </w:rPr>
        <w:drawing>
          <wp:anchor distT="0" distB="0" distL="0" distR="0" simplePos="0" relativeHeight="251658240" behindDoc="1" locked="0" layoutInCell="1" allowOverlap="1" wp14:anchorId="587637EA" wp14:editId="6F915AB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l="0" t="0" r="0" b="0"/>
            <wp:wrapNone/>
            <wp:docPr id="9001" name="Embedded page backgroun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1" name="Background 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B1F050" w14:textId="296B4AF3" w:rsidR="00215D16" w:rsidRDefault="00000000">
      <w:pPr>
        <w:spacing w:before="519" w:after="0" w:line="582" w:lineRule="exact"/>
        <w:ind w:left="535" w:right="4873"/>
        <w:rPr>
          <w:rFonts w:hint="eastAsia"/>
        </w:rPr>
      </w:pPr>
      <w:r>
        <w:rPr>
          <w:rFonts w:cs="Clear Sans"/>
          <w:color w:val="FFFFFF"/>
          <w:sz w:val="57"/>
          <w:szCs w:val="57"/>
          <w:lang w:val="nl-NL"/>
        </w:rPr>
        <w:t>Aanmelden als verwijzer</w:t>
      </w:r>
    </w:p>
    <w:p w14:paraId="2E5D1B5C" w14:textId="77777777" w:rsidR="00215D16" w:rsidRDefault="00000000">
      <w:pPr>
        <w:spacing w:before="976" w:after="0" w:line="367" w:lineRule="exact"/>
        <w:ind w:left="535" w:right="8032"/>
        <w:rPr>
          <w:rFonts w:hint="eastAsia"/>
        </w:rPr>
      </w:pPr>
      <w:r>
        <w:rPr>
          <w:rFonts w:cs="Clear Sans"/>
          <w:b/>
          <w:color w:val="E0081B"/>
          <w:sz w:val="36"/>
          <w:szCs w:val="36"/>
          <w:lang w:val="nl-NL"/>
        </w:rPr>
        <w:t>Gegevens verwijzer</w:t>
      </w:r>
    </w:p>
    <w:p w14:paraId="44EF5A49" w14:textId="77777777" w:rsidR="00215D16" w:rsidRDefault="00000000">
      <w:pPr>
        <w:spacing w:before="137" w:after="0" w:line="204" w:lineRule="exact"/>
        <w:ind w:left="535" w:right="9158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Naam van de verwijzer*</w:t>
      </w:r>
    </w:p>
    <w:p w14:paraId="2D676F66" w14:textId="77777777" w:rsidR="00215D16" w:rsidRDefault="00215D16">
      <w:pPr>
        <w:spacing w:before="167" w:after="0" w:line="20" w:lineRule="exact"/>
        <w:rPr>
          <w:rFonts w:hint="eastAsia"/>
        </w:rPr>
      </w:pPr>
    </w:p>
    <w:tbl>
      <w:tblPr>
        <w:tblW w:w="6574" w:type="dxa"/>
        <w:tblInd w:w="62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6574"/>
      </w:tblGrid>
      <w:tr w:rsidR="00215D16" w14:paraId="71F38E05" w14:textId="77777777">
        <w:trPr>
          <w:cantSplit/>
          <w:trHeight w:hRule="exact" w:val="427"/>
        </w:trPr>
        <w:tc>
          <w:tcPr>
            <w:tcW w:w="6574" w:type="dxa"/>
            <w:tcMar>
              <w:top w:w="40" w:type="dxa"/>
              <w:left w:w="80" w:type="dxa"/>
              <w:bottom w:w="20" w:type="dxa"/>
              <w:right w:w="80" w:type="dxa"/>
            </w:tcMar>
          </w:tcPr>
          <w:p w14:paraId="74295D77" w14:textId="67BD517E" w:rsidR="00215D16" w:rsidRDefault="00000000">
            <w:pPr>
              <w:spacing w:after="0" w:line="220" w:lineRule="exact"/>
              <w:rPr>
                <w:rFonts w:hint="eastAsia"/>
              </w:rPr>
            </w:pPr>
            <w:r>
              <w:rPr>
                <w:rFonts w:cs="Clear Sans"/>
                <w:szCs w:val="20"/>
                <w:lang w:val="nl-NL"/>
              </w:rPr>
              <w:t xml:space="preserve"> </w:t>
            </w:r>
          </w:p>
        </w:tc>
      </w:tr>
    </w:tbl>
    <w:p w14:paraId="279C5652" w14:textId="77777777" w:rsidR="00215D16" w:rsidRDefault="00000000">
      <w:pPr>
        <w:spacing w:before="172" w:after="0" w:line="204" w:lineRule="exact"/>
        <w:ind w:left="535" w:right="8603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E-mailadres van de verwijzer*</w:t>
      </w:r>
    </w:p>
    <w:p w14:paraId="33A84F0C" w14:textId="77777777" w:rsidR="00215D16" w:rsidRDefault="00215D16">
      <w:pPr>
        <w:spacing w:before="167" w:after="0" w:line="20" w:lineRule="exact"/>
        <w:rPr>
          <w:rFonts w:hint="eastAsia"/>
        </w:rPr>
      </w:pPr>
    </w:p>
    <w:tbl>
      <w:tblPr>
        <w:tblW w:w="6574" w:type="dxa"/>
        <w:tblInd w:w="62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6574"/>
      </w:tblGrid>
      <w:tr w:rsidR="00215D16" w14:paraId="5D057C66" w14:textId="77777777">
        <w:trPr>
          <w:cantSplit/>
          <w:trHeight w:hRule="exact" w:val="427"/>
        </w:trPr>
        <w:tc>
          <w:tcPr>
            <w:tcW w:w="6574" w:type="dxa"/>
            <w:tcMar>
              <w:top w:w="40" w:type="dxa"/>
              <w:left w:w="80" w:type="dxa"/>
              <w:bottom w:w="20" w:type="dxa"/>
              <w:right w:w="80" w:type="dxa"/>
            </w:tcMar>
          </w:tcPr>
          <w:p w14:paraId="5AED4F3B" w14:textId="0966A643" w:rsidR="00215D16" w:rsidRDefault="00215D16">
            <w:pPr>
              <w:spacing w:after="0" w:line="220" w:lineRule="exact"/>
              <w:rPr>
                <w:rFonts w:hint="eastAsia"/>
              </w:rPr>
            </w:pPr>
          </w:p>
        </w:tc>
      </w:tr>
    </w:tbl>
    <w:p w14:paraId="36823976" w14:textId="77777777" w:rsidR="00215D16" w:rsidRDefault="00000000">
      <w:pPr>
        <w:spacing w:before="172" w:after="0" w:line="204" w:lineRule="exact"/>
        <w:ind w:left="535" w:right="8282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Instelling / Ziekenhuis, anders...*</w:t>
      </w:r>
    </w:p>
    <w:p w14:paraId="3CE326A1" w14:textId="77777777" w:rsidR="00215D16" w:rsidRDefault="00215D16">
      <w:pPr>
        <w:spacing w:before="167" w:after="0" w:line="20" w:lineRule="exact"/>
        <w:rPr>
          <w:rFonts w:hint="eastAsia"/>
        </w:rPr>
      </w:pPr>
    </w:p>
    <w:tbl>
      <w:tblPr>
        <w:tblW w:w="6574" w:type="dxa"/>
        <w:tblInd w:w="62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6574"/>
      </w:tblGrid>
      <w:tr w:rsidR="00215D16" w14:paraId="4F223AAA" w14:textId="77777777">
        <w:trPr>
          <w:cantSplit/>
          <w:trHeight w:hRule="exact" w:val="427"/>
        </w:trPr>
        <w:tc>
          <w:tcPr>
            <w:tcW w:w="6574" w:type="dxa"/>
            <w:tcMar>
              <w:top w:w="40" w:type="dxa"/>
              <w:left w:w="80" w:type="dxa"/>
              <w:bottom w:w="20" w:type="dxa"/>
              <w:right w:w="80" w:type="dxa"/>
            </w:tcMar>
          </w:tcPr>
          <w:p w14:paraId="714DC241" w14:textId="42051841" w:rsidR="00215D16" w:rsidRDefault="00215D16">
            <w:pPr>
              <w:spacing w:after="0" w:line="220" w:lineRule="exact"/>
              <w:rPr>
                <w:rFonts w:hint="eastAsia"/>
              </w:rPr>
            </w:pPr>
          </w:p>
        </w:tc>
      </w:tr>
    </w:tbl>
    <w:p w14:paraId="6F3159C1" w14:textId="77777777" w:rsidR="00215D16" w:rsidRDefault="00000000">
      <w:pPr>
        <w:spacing w:before="439" w:after="0" w:line="367" w:lineRule="exact"/>
        <w:ind w:left="535" w:right="8155"/>
        <w:rPr>
          <w:rFonts w:hint="eastAsia"/>
        </w:rPr>
      </w:pPr>
      <w:r>
        <w:rPr>
          <w:rFonts w:cs="Clear Sans"/>
          <w:b/>
          <w:color w:val="E0081B"/>
          <w:sz w:val="36"/>
          <w:szCs w:val="36"/>
          <w:lang w:val="nl-NL"/>
        </w:rPr>
        <w:t>Gegevens longarts</w:t>
      </w:r>
    </w:p>
    <w:p w14:paraId="534D44B0" w14:textId="77777777" w:rsidR="00215D16" w:rsidRDefault="00000000">
      <w:pPr>
        <w:spacing w:before="137" w:after="0" w:line="204" w:lineRule="exact"/>
        <w:ind w:left="535" w:right="9217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Naam van de longarts*</w:t>
      </w:r>
    </w:p>
    <w:p w14:paraId="5650EC47" w14:textId="77777777" w:rsidR="00215D16" w:rsidRDefault="00215D16">
      <w:pPr>
        <w:spacing w:before="167" w:after="0" w:line="20" w:lineRule="exact"/>
        <w:rPr>
          <w:rFonts w:hint="eastAsia"/>
        </w:rPr>
      </w:pPr>
    </w:p>
    <w:tbl>
      <w:tblPr>
        <w:tblW w:w="6574" w:type="dxa"/>
        <w:tblInd w:w="62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6574"/>
      </w:tblGrid>
      <w:tr w:rsidR="00215D16" w14:paraId="07E3E34F" w14:textId="77777777">
        <w:trPr>
          <w:cantSplit/>
          <w:trHeight w:hRule="exact" w:val="427"/>
        </w:trPr>
        <w:tc>
          <w:tcPr>
            <w:tcW w:w="6574" w:type="dxa"/>
            <w:tcMar>
              <w:top w:w="40" w:type="dxa"/>
              <w:left w:w="80" w:type="dxa"/>
              <w:bottom w:w="20" w:type="dxa"/>
              <w:right w:w="80" w:type="dxa"/>
            </w:tcMar>
          </w:tcPr>
          <w:p w14:paraId="79853F8C" w14:textId="58804D21" w:rsidR="00215D16" w:rsidRDefault="00000000">
            <w:pPr>
              <w:spacing w:after="0" w:line="220" w:lineRule="exact"/>
              <w:rPr>
                <w:rFonts w:hint="eastAsia"/>
              </w:rPr>
            </w:pPr>
            <w:r>
              <w:rPr>
                <w:rFonts w:cs="Clear Sans"/>
                <w:szCs w:val="20"/>
                <w:lang w:val="nl-NL"/>
              </w:rPr>
              <w:t xml:space="preserve"> </w:t>
            </w:r>
          </w:p>
        </w:tc>
      </w:tr>
    </w:tbl>
    <w:p w14:paraId="4C941482" w14:textId="77777777" w:rsidR="00215D16" w:rsidRDefault="00000000">
      <w:pPr>
        <w:spacing w:before="172" w:after="0" w:line="204" w:lineRule="exact"/>
        <w:ind w:left="535" w:right="8661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E-mailadres van de longarts*</w:t>
      </w:r>
    </w:p>
    <w:p w14:paraId="67E38BA7" w14:textId="77777777" w:rsidR="00215D16" w:rsidRDefault="00215D16">
      <w:pPr>
        <w:spacing w:before="167" w:after="0" w:line="20" w:lineRule="exact"/>
        <w:rPr>
          <w:rFonts w:hint="eastAsia"/>
        </w:rPr>
      </w:pPr>
    </w:p>
    <w:tbl>
      <w:tblPr>
        <w:tblW w:w="6574" w:type="dxa"/>
        <w:tblInd w:w="62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6574"/>
      </w:tblGrid>
      <w:tr w:rsidR="00215D16" w14:paraId="5CFC3DCB" w14:textId="77777777">
        <w:trPr>
          <w:cantSplit/>
          <w:trHeight w:hRule="exact" w:val="427"/>
        </w:trPr>
        <w:tc>
          <w:tcPr>
            <w:tcW w:w="6574" w:type="dxa"/>
            <w:tcMar>
              <w:top w:w="40" w:type="dxa"/>
              <w:left w:w="80" w:type="dxa"/>
              <w:bottom w:w="20" w:type="dxa"/>
              <w:right w:w="80" w:type="dxa"/>
            </w:tcMar>
          </w:tcPr>
          <w:p w14:paraId="1F716A00" w14:textId="4D1BCAD2" w:rsidR="00215D16" w:rsidRDefault="00000000">
            <w:pPr>
              <w:spacing w:after="0" w:line="220" w:lineRule="exact"/>
              <w:rPr>
                <w:rFonts w:hint="eastAsia"/>
              </w:rPr>
            </w:pPr>
            <w:r>
              <w:rPr>
                <w:rFonts w:cs="Clear Sans"/>
                <w:szCs w:val="20"/>
                <w:lang w:val="nl-NL"/>
              </w:rPr>
              <w:t xml:space="preserve"> </w:t>
            </w:r>
          </w:p>
        </w:tc>
      </w:tr>
    </w:tbl>
    <w:p w14:paraId="53DB6CA3" w14:textId="77777777" w:rsidR="00215D16" w:rsidRDefault="00000000">
      <w:pPr>
        <w:spacing w:before="432" w:after="0" w:line="367" w:lineRule="exact"/>
        <w:ind w:left="535" w:right="8361"/>
        <w:rPr>
          <w:rFonts w:hint="eastAsia"/>
        </w:rPr>
      </w:pPr>
      <w:r>
        <w:rPr>
          <w:rFonts w:cs="Clear Sans"/>
          <w:b/>
          <w:color w:val="E0081B"/>
          <w:sz w:val="36"/>
          <w:szCs w:val="36"/>
          <w:lang w:val="nl-NL"/>
        </w:rPr>
        <w:t>Gegevens patiënt</w:t>
      </w:r>
    </w:p>
    <w:p w14:paraId="23E38587" w14:textId="77777777" w:rsidR="00215D16" w:rsidRDefault="00000000">
      <w:pPr>
        <w:spacing w:before="137" w:after="0" w:line="204" w:lineRule="exact"/>
        <w:ind w:left="535" w:right="10555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Aanhef*</w:t>
      </w:r>
    </w:p>
    <w:p w14:paraId="6A865D7D" w14:textId="6181FCFA" w:rsidR="00215D16" w:rsidRDefault="00000000">
      <w:pPr>
        <w:tabs>
          <w:tab w:val="left" w:pos="1760"/>
        </w:tabs>
        <w:spacing w:before="157" w:after="0" w:line="204" w:lineRule="exact"/>
        <w:ind w:left="620"/>
        <w:rPr>
          <w:rFonts w:hint="eastAsia"/>
        </w:rPr>
      </w:pPr>
      <w:sdt>
        <w:sdtPr>
          <w:alias w:val="Aanhef_Dhr"/>
          <w:tag w:val="Aanhef_Dhr"/>
          <w:id w:val="700000001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 w:rsidR="00221DC6">
            <w:rPr>
              <w:rFonts w:ascii="Arial" w:hAnsi="Arial" w:cs="Arial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Dhr.</w:t>
      </w:r>
      <w:r>
        <w:tab/>
      </w:r>
      <w:sdt>
        <w:sdtPr>
          <w:alias w:val="Aanhef_Mevr"/>
          <w:tag w:val="Aanhef_Mevr"/>
          <w:id w:val="700000002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 w:rsidR="00221DC6">
            <w:rPr>
              <w:rFonts w:ascii="Arial" w:hAnsi="Arial" w:cs="Arial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Mevr.</w:t>
      </w:r>
    </w:p>
    <w:p w14:paraId="3FBD6F42" w14:textId="77777777" w:rsidR="00215D16" w:rsidRDefault="00000000">
      <w:pPr>
        <w:spacing w:before="277" w:after="0" w:line="204" w:lineRule="exact"/>
        <w:ind w:left="535" w:right="10665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Naam*</w:t>
      </w:r>
    </w:p>
    <w:p w14:paraId="61621190" w14:textId="77777777" w:rsidR="00215D16" w:rsidRDefault="00215D16">
      <w:pPr>
        <w:spacing w:before="167" w:after="0" w:line="20" w:lineRule="exact"/>
        <w:rPr>
          <w:rFonts w:hint="eastAsia"/>
        </w:rPr>
      </w:pPr>
    </w:p>
    <w:tbl>
      <w:tblPr>
        <w:tblW w:w="10524" w:type="dxa"/>
        <w:tblInd w:w="62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524"/>
      </w:tblGrid>
      <w:tr w:rsidR="00215D16" w14:paraId="21ED30E1" w14:textId="77777777">
        <w:trPr>
          <w:cantSplit/>
          <w:trHeight w:hRule="exact" w:val="427"/>
        </w:trPr>
        <w:tc>
          <w:tcPr>
            <w:tcW w:w="10524" w:type="dxa"/>
            <w:tcMar>
              <w:top w:w="40" w:type="dxa"/>
              <w:left w:w="80" w:type="dxa"/>
              <w:bottom w:w="20" w:type="dxa"/>
              <w:right w:w="80" w:type="dxa"/>
            </w:tcMar>
          </w:tcPr>
          <w:p w14:paraId="0A48B24F" w14:textId="77777777" w:rsidR="00215D16" w:rsidRDefault="00000000">
            <w:pPr>
              <w:spacing w:after="0" w:line="220" w:lineRule="exact"/>
              <w:rPr>
                <w:rFonts w:hint="eastAsia"/>
              </w:rPr>
            </w:pPr>
            <w:r>
              <w:rPr>
                <w:rFonts w:cs="Clear Sans"/>
                <w:szCs w:val="20"/>
                <w:lang w:val="nl-NL"/>
              </w:rPr>
              <w:t xml:space="preserve"> </w:t>
            </w:r>
          </w:p>
        </w:tc>
      </w:tr>
    </w:tbl>
    <w:p w14:paraId="2378F9B6" w14:textId="77777777" w:rsidR="00215D16" w:rsidRDefault="00000000">
      <w:pPr>
        <w:tabs>
          <w:tab w:val="left" w:pos="5040"/>
        </w:tabs>
        <w:spacing w:before="172" w:after="0" w:line="204" w:lineRule="exact"/>
        <w:ind w:left="535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Geboortedatum</w:t>
      </w:r>
      <w:r>
        <w:tab/>
      </w:r>
      <w:r>
        <w:rPr>
          <w:rFonts w:cs="Clear Sans"/>
          <w:color w:val="000000"/>
          <w:szCs w:val="20"/>
          <w:lang w:val="nl-NL"/>
        </w:rPr>
        <w:t xml:space="preserve">BSN* </w:t>
      </w:r>
    </w:p>
    <w:p w14:paraId="73108A04" w14:textId="77777777" w:rsidR="00215D16" w:rsidRDefault="00215D16">
      <w:pPr>
        <w:spacing w:before="167" w:after="0" w:line="20" w:lineRule="exact"/>
        <w:rPr>
          <w:rFonts w:hint="eastAsia"/>
        </w:rPr>
      </w:pPr>
    </w:p>
    <w:tbl>
      <w:tblPr>
        <w:tblW w:w="10525" w:type="dxa"/>
        <w:tblInd w:w="62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254"/>
        <w:gridCol w:w="250"/>
        <w:gridCol w:w="6021"/>
      </w:tblGrid>
      <w:tr w:rsidR="00215D16" w14:paraId="0631A9D9" w14:textId="77777777">
        <w:trPr>
          <w:cantSplit/>
          <w:trHeight w:hRule="exact" w:val="427"/>
        </w:trPr>
        <w:tc>
          <w:tcPr>
            <w:tcW w:w="4254" w:type="dxa"/>
            <w:tcMar>
              <w:top w:w="40" w:type="dxa"/>
              <w:left w:w="80" w:type="dxa"/>
              <w:bottom w:w="20" w:type="dxa"/>
              <w:right w:w="80" w:type="dxa"/>
            </w:tcMar>
          </w:tcPr>
          <w:p w14:paraId="5C8B9F8E" w14:textId="77777777" w:rsidR="00215D16" w:rsidRDefault="00000000">
            <w:pPr>
              <w:spacing w:after="0" w:line="220" w:lineRule="exact"/>
              <w:rPr>
                <w:rFonts w:hint="eastAsia"/>
              </w:rPr>
            </w:pPr>
            <w:r>
              <w:rPr>
                <w:rFonts w:cs="Clear Sans"/>
                <w:szCs w:val="20"/>
                <w:lang w:val="nl-NL"/>
              </w:rPr>
              <w:t xml:space="preserve"> </w:t>
            </w:r>
          </w:p>
        </w:tc>
        <w:tc>
          <w:tcPr>
            <w:tcW w:w="250" w:type="dxa"/>
            <w:tcMar>
              <w:top w:w="40" w:type="dxa"/>
              <w:left w:w="80" w:type="dxa"/>
              <w:bottom w:w="20" w:type="dxa"/>
              <w:right w:w="80" w:type="dxa"/>
            </w:tcMar>
          </w:tcPr>
          <w:p w14:paraId="7374FE33" w14:textId="77777777" w:rsidR="00215D16" w:rsidRDefault="00215D16">
            <w:pPr>
              <w:spacing w:after="0" w:line="220" w:lineRule="exact"/>
              <w:rPr>
                <w:rFonts w:hint="eastAsia"/>
              </w:rPr>
            </w:pPr>
          </w:p>
        </w:tc>
        <w:tc>
          <w:tcPr>
            <w:tcW w:w="6020" w:type="dxa"/>
            <w:tcMar>
              <w:top w:w="40" w:type="dxa"/>
              <w:left w:w="80" w:type="dxa"/>
              <w:bottom w:w="20" w:type="dxa"/>
              <w:right w:w="80" w:type="dxa"/>
            </w:tcMar>
          </w:tcPr>
          <w:p w14:paraId="6A48CEC7" w14:textId="77777777" w:rsidR="00215D16" w:rsidRDefault="00000000">
            <w:pPr>
              <w:spacing w:after="0" w:line="220" w:lineRule="exact"/>
              <w:rPr>
                <w:rFonts w:hint="eastAsia"/>
              </w:rPr>
            </w:pPr>
            <w:r>
              <w:rPr>
                <w:rFonts w:cs="Clear Sans"/>
                <w:szCs w:val="20"/>
                <w:lang w:val="nl-NL"/>
              </w:rPr>
              <w:t xml:space="preserve"> </w:t>
            </w:r>
          </w:p>
        </w:tc>
      </w:tr>
    </w:tbl>
    <w:p w14:paraId="3A4D9F7B" w14:textId="77777777" w:rsidR="00215D16" w:rsidRDefault="00000000">
      <w:pPr>
        <w:tabs>
          <w:tab w:val="left" w:pos="5040"/>
        </w:tabs>
        <w:spacing w:before="172" w:after="0" w:line="204" w:lineRule="exact"/>
        <w:ind w:left="535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Telefoonnummer*</w:t>
      </w:r>
      <w:r>
        <w:tab/>
      </w:r>
      <w:r>
        <w:rPr>
          <w:rFonts w:cs="Clear Sans"/>
          <w:color w:val="000000"/>
          <w:szCs w:val="20"/>
          <w:lang w:val="nl-NL"/>
        </w:rPr>
        <w:t>Emailadres*</w:t>
      </w:r>
    </w:p>
    <w:p w14:paraId="4EEC0D9F" w14:textId="77777777" w:rsidR="00215D16" w:rsidRDefault="00215D16">
      <w:pPr>
        <w:spacing w:before="167" w:after="0" w:line="20" w:lineRule="exact"/>
        <w:rPr>
          <w:rFonts w:hint="eastAsia"/>
        </w:rPr>
      </w:pPr>
    </w:p>
    <w:tbl>
      <w:tblPr>
        <w:tblW w:w="10525" w:type="dxa"/>
        <w:tblInd w:w="62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254"/>
        <w:gridCol w:w="250"/>
        <w:gridCol w:w="6021"/>
      </w:tblGrid>
      <w:tr w:rsidR="00215D16" w14:paraId="05042F6F" w14:textId="77777777">
        <w:trPr>
          <w:cantSplit/>
          <w:trHeight w:hRule="exact" w:val="427"/>
        </w:trPr>
        <w:tc>
          <w:tcPr>
            <w:tcW w:w="4254" w:type="dxa"/>
            <w:tcMar>
              <w:top w:w="40" w:type="dxa"/>
              <w:left w:w="80" w:type="dxa"/>
              <w:bottom w:w="20" w:type="dxa"/>
              <w:right w:w="80" w:type="dxa"/>
            </w:tcMar>
          </w:tcPr>
          <w:p w14:paraId="50D361BB" w14:textId="77777777" w:rsidR="00215D16" w:rsidRDefault="00000000">
            <w:pPr>
              <w:spacing w:after="0" w:line="220" w:lineRule="exact"/>
              <w:rPr>
                <w:rFonts w:hint="eastAsia"/>
              </w:rPr>
            </w:pPr>
            <w:r>
              <w:rPr>
                <w:rFonts w:cs="Clear Sans"/>
                <w:szCs w:val="20"/>
                <w:lang w:val="nl-NL"/>
              </w:rPr>
              <w:t xml:space="preserve"> </w:t>
            </w:r>
          </w:p>
        </w:tc>
        <w:tc>
          <w:tcPr>
            <w:tcW w:w="250" w:type="dxa"/>
            <w:tcMar>
              <w:top w:w="40" w:type="dxa"/>
              <w:left w:w="80" w:type="dxa"/>
              <w:bottom w:w="20" w:type="dxa"/>
              <w:right w:w="80" w:type="dxa"/>
            </w:tcMar>
          </w:tcPr>
          <w:p w14:paraId="58591C06" w14:textId="77777777" w:rsidR="00215D16" w:rsidRDefault="00215D16">
            <w:pPr>
              <w:spacing w:after="0" w:line="220" w:lineRule="exact"/>
              <w:rPr>
                <w:rFonts w:hint="eastAsia"/>
              </w:rPr>
            </w:pPr>
          </w:p>
        </w:tc>
        <w:tc>
          <w:tcPr>
            <w:tcW w:w="6020" w:type="dxa"/>
            <w:tcMar>
              <w:top w:w="40" w:type="dxa"/>
              <w:left w:w="80" w:type="dxa"/>
              <w:bottom w:w="20" w:type="dxa"/>
              <w:right w:w="80" w:type="dxa"/>
            </w:tcMar>
          </w:tcPr>
          <w:p w14:paraId="6D94EAE4" w14:textId="77777777" w:rsidR="00215D16" w:rsidRDefault="00000000">
            <w:pPr>
              <w:spacing w:after="0" w:line="220" w:lineRule="exact"/>
              <w:rPr>
                <w:rFonts w:hint="eastAsia"/>
              </w:rPr>
            </w:pPr>
            <w:r>
              <w:rPr>
                <w:rFonts w:cs="Clear Sans"/>
                <w:szCs w:val="20"/>
                <w:lang w:val="nl-NL"/>
              </w:rPr>
              <w:t xml:space="preserve"> </w:t>
            </w:r>
          </w:p>
        </w:tc>
      </w:tr>
    </w:tbl>
    <w:p w14:paraId="0C9C5985" w14:textId="77777777" w:rsidR="00215D16" w:rsidRDefault="00000000">
      <w:pPr>
        <w:spacing w:before="172" w:after="0" w:line="204" w:lineRule="exact"/>
        <w:ind w:left="535" w:right="3219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Wilt u voor deze patiënt doelen vanuit het ziekenhuis meesturen? (Zo niet, dan leeg laten)</w:t>
      </w:r>
    </w:p>
    <w:p w14:paraId="6522EC86" w14:textId="77777777" w:rsidR="00215D16" w:rsidRDefault="00215D16">
      <w:pPr>
        <w:spacing w:before="167" w:after="0" w:line="20" w:lineRule="exact"/>
        <w:rPr>
          <w:rFonts w:hint="eastAsia"/>
        </w:rPr>
      </w:pPr>
    </w:p>
    <w:tbl>
      <w:tblPr>
        <w:tblW w:w="10526" w:type="dxa"/>
        <w:tblInd w:w="62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526"/>
      </w:tblGrid>
      <w:tr w:rsidR="00215D16" w14:paraId="2342863E" w14:textId="77777777">
        <w:trPr>
          <w:cantSplit/>
          <w:trHeight w:hRule="exact" w:val="2189"/>
        </w:trPr>
        <w:tc>
          <w:tcPr>
            <w:tcW w:w="10526" w:type="dxa"/>
            <w:tcMar>
              <w:top w:w="80" w:type="dxa"/>
              <w:left w:w="80" w:type="dxa"/>
              <w:bottom w:w="20" w:type="dxa"/>
              <w:right w:w="80" w:type="dxa"/>
            </w:tcMar>
          </w:tcPr>
          <w:p w14:paraId="07D8CD24" w14:textId="01059CBB" w:rsidR="00221DC6" w:rsidRPr="00221DC6" w:rsidRDefault="00221DC6" w:rsidP="00BE37E0">
            <w:pPr>
              <w:spacing w:after="0" w:line="220" w:lineRule="exact"/>
              <w:rPr>
                <w:rFonts w:cs="Clear Sans" w:hint="eastAsia"/>
                <w:szCs w:val="20"/>
                <w:lang w:val="nl-NL"/>
              </w:rPr>
            </w:pPr>
          </w:p>
        </w:tc>
      </w:tr>
    </w:tbl>
    <w:p w14:paraId="4A24B9C9" w14:textId="77777777" w:rsidR="00215D16" w:rsidRDefault="00000000">
      <w:pPr>
        <w:spacing w:before="127" w:after="0" w:line="204" w:lineRule="exact"/>
        <w:ind w:left="535" w:right="7787"/>
        <w:rPr>
          <w:rFonts w:hint="eastAsia"/>
        </w:rPr>
      </w:pPr>
      <w:r>
        <w:rPr>
          <w:rFonts w:cs="Clear Sans"/>
          <w:i/>
          <w:color w:val="000000"/>
          <w:szCs w:val="20"/>
          <w:lang w:val="nl-NL"/>
        </w:rPr>
        <w:t>Gaat verder op de volgende bladzijde &gt;</w:t>
      </w:r>
    </w:p>
    <w:p w14:paraId="7DF835DF" w14:textId="77777777" w:rsidR="00215D16" w:rsidRDefault="00215D16">
      <w:pPr>
        <w:tabs>
          <w:tab w:val="left" w:pos="10912"/>
        </w:tabs>
        <w:spacing w:before="105" w:after="0" w:line="245" w:lineRule="exact"/>
        <w:ind w:left="535"/>
        <w:rPr>
          <w:rFonts w:hint="eastAsia"/>
        </w:rPr>
      </w:pPr>
    </w:p>
    <w:p w14:paraId="3637B4C2" w14:textId="77777777" w:rsidR="00215D16" w:rsidRDefault="00000000">
      <w:pPr>
        <w:spacing w:after="0" w:line="1" w:lineRule="exact"/>
        <w:rPr>
          <w:rFonts w:hint="eastAsia"/>
        </w:rPr>
      </w:pPr>
      <w:r>
        <w:br w:type="page"/>
      </w:r>
    </w:p>
    <w:p w14:paraId="121E3CFD" w14:textId="77777777" w:rsidR="00215D16" w:rsidRDefault="00000000">
      <w:pPr>
        <w:spacing w:after="0" w:line="1" w:lineRule="exact"/>
        <w:rPr>
          <w:rFonts w:hint="eastAsia"/>
        </w:rPr>
      </w:pPr>
      <w:r>
        <w:rPr>
          <w:noProof/>
        </w:rPr>
        <w:lastRenderedPageBreak/>
        <w:drawing>
          <wp:anchor distT="0" distB="0" distL="0" distR="0" simplePos="0" relativeHeight="251659264" behindDoc="1" locked="0" layoutInCell="1" allowOverlap="1" wp14:anchorId="60E237C8" wp14:editId="6182DAE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l="0" t="0" r="0" b="0"/>
            <wp:wrapNone/>
            <wp:docPr id="9002" name="Embedded page backgroun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2" name="Background 2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D166677" w14:textId="77777777" w:rsidR="00215D16" w:rsidRDefault="00000000">
      <w:pPr>
        <w:spacing w:before="519" w:after="0" w:line="582" w:lineRule="exact"/>
        <w:ind w:left="535" w:right="4871"/>
        <w:rPr>
          <w:rFonts w:hint="eastAsia"/>
        </w:rPr>
      </w:pPr>
      <w:r>
        <w:rPr>
          <w:rFonts w:cs="Clear Sans"/>
          <w:color w:val="FFFFFF"/>
          <w:sz w:val="57"/>
          <w:szCs w:val="57"/>
          <w:lang w:val="nl-NL"/>
        </w:rPr>
        <w:t>Aanmelden als verwijzer</w:t>
      </w:r>
    </w:p>
    <w:p w14:paraId="4F65B1AE" w14:textId="77777777" w:rsidR="00215D16" w:rsidRDefault="00000000">
      <w:pPr>
        <w:spacing w:before="1009" w:after="0" w:line="204" w:lineRule="exact"/>
        <w:ind w:left="535" w:right="3218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Wilt u voor deze patiënt doelen vanuit het ziekenhuis meesturen? (Zo niet, dan leeg laten)</w:t>
      </w:r>
    </w:p>
    <w:p w14:paraId="0B5E40DF" w14:textId="77777777" w:rsidR="00215D16" w:rsidRDefault="00215D16">
      <w:pPr>
        <w:spacing w:before="167" w:after="0" w:line="20" w:lineRule="exact"/>
        <w:rPr>
          <w:rFonts w:hint="eastAsia"/>
        </w:rPr>
      </w:pPr>
    </w:p>
    <w:tbl>
      <w:tblPr>
        <w:tblW w:w="10521" w:type="dxa"/>
        <w:tblInd w:w="62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521"/>
      </w:tblGrid>
      <w:tr w:rsidR="00215D16" w14:paraId="17665E22" w14:textId="77777777">
        <w:trPr>
          <w:cantSplit/>
          <w:trHeight w:hRule="exact" w:val="2330"/>
        </w:trPr>
        <w:tc>
          <w:tcPr>
            <w:tcW w:w="10521" w:type="dxa"/>
            <w:tcMar>
              <w:top w:w="80" w:type="dxa"/>
              <w:left w:w="80" w:type="dxa"/>
              <w:bottom w:w="20" w:type="dxa"/>
              <w:right w:w="80" w:type="dxa"/>
            </w:tcMar>
          </w:tcPr>
          <w:p w14:paraId="39EB6AA0" w14:textId="77777777" w:rsidR="00215D16" w:rsidRDefault="00000000">
            <w:pPr>
              <w:spacing w:after="0" w:line="220" w:lineRule="exact"/>
              <w:rPr>
                <w:rFonts w:hint="eastAsia"/>
              </w:rPr>
            </w:pPr>
            <w:r>
              <w:rPr>
                <w:rFonts w:cs="Clear Sans"/>
                <w:szCs w:val="20"/>
                <w:lang w:val="nl-NL"/>
              </w:rPr>
              <w:t xml:space="preserve"> </w:t>
            </w:r>
          </w:p>
        </w:tc>
      </w:tr>
    </w:tbl>
    <w:p w14:paraId="4D36084E" w14:textId="77777777" w:rsidR="00215D16" w:rsidRDefault="00000000">
      <w:pPr>
        <w:spacing w:before="172" w:after="0" w:line="204" w:lineRule="exact"/>
        <w:ind w:left="535" w:right="5014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Heeft deze patiënt een longverpleegkundige? (Zo niet, dan leeg laten)</w:t>
      </w:r>
    </w:p>
    <w:p w14:paraId="2CE97CE4" w14:textId="77777777" w:rsidR="00215D16" w:rsidRDefault="00000000">
      <w:pPr>
        <w:spacing w:before="156" w:after="0" w:line="204" w:lineRule="exact"/>
        <w:ind w:left="535" w:right="8174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Naam van de longverpleegkundige</w:t>
      </w:r>
    </w:p>
    <w:p w14:paraId="14690787" w14:textId="77777777" w:rsidR="00215D16" w:rsidRDefault="00215D16">
      <w:pPr>
        <w:spacing w:before="167" w:after="0" w:line="20" w:lineRule="exact"/>
        <w:rPr>
          <w:rFonts w:hint="eastAsia"/>
        </w:rPr>
      </w:pPr>
    </w:p>
    <w:tbl>
      <w:tblPr>
        <w:tblW w:w="4254" w:type="dxa"/>
        <w:tblInd w:w="62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254"/>
      </w:tblGrid>
      <w:tr w:rsidR="00215D16" w14:paraId="26A76B7A" w14:textId="77777777">
        <w:trPr>
          <w:cantSplit/>
          <w:trHeight w:hRule="exact" w:val="427"/>
        </w:trPr>
        <w:tc>
          <w:tcPr>
            <w:tcW w:w="4254" w:type="dxa"/>
            <w:tcMar>
              <w:top w:w="40" w:type="dxa"/>
              <w:left w:w="80" w:type="dxa"/>
              <w:bottom w:w="20" w:type="dxa"/>
              <w:right w:w="80" w:type="dxa"/>
            </w:tcMar>
          </w:tcPr>
          <w:p w14:paraId="1C529193" w14:textId="77777777" w:rsidR="00215D16" w:rsidRDefault="00000000">
            <w:pPr>
              <w:spacing w:after="0" w:line="220" w:lineRule="exact"/>
              <w:rPr>
                <w:rFonts w:hint="eastAsia"/>
              </w:rPr>
            </w:pPr>
            <w:r>
              <w:rPr>
                <w:rFonts w:cs="Clear Sans"/>
                <w:szCs w:val="20"/>
                <w:lang w:val="nl-NL"/>
              </w:rPr>
              <w:t xml:space="preserve"> </w:t>
            </w:r>
          </w:p>
        </w:tc>
      </w:tr>
    </w:tbl>
    <w:p w14:paraId="7FD2EE33" w14:textId="77777777" w:rsidR="00215D16" w:rsidRDefault="00000000">
      <w:pPr>
        <w:spacing w:before="172" w:after="0" w:line="204" w:lineRule="exact"/>
        <w:ind w:left="535" w:right="7619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E-mailadres van de longverpleegkundige</w:t>
      </w:r>
    </w:p>
    <w:p w14:paraId="5A091449" w14:textId="77777777" w:rsidR="00215D16" w:rsidRDefault="00215D16">
      <w:pPr>
        <w:spacing w:before="167" w:after="0" w:line="20" w:lineRule="exact"/>
        <w:rPr>
          <w:rFonts w:hint="eastAsia"/>
        </w:rPr>
      </w:pPr>
    </w:p>
    <w:tbl>
      <w:tblPr>
        <w:tblW w:w="4254" w:type="dxa"/>
        <w:tblInd w:w="62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254"/>
      </w:tblGrid>
      <w:tr w:rsidR="00215D16" w14:paraId="4C96E5F9" w14:textId="77777777">
        <w:trPr>
          <w:cantSplit/>
          <w:trHeight w:hRule="exact" w:val="427"/>
        </w:trPr>
        <w:tc>
          <w:tcPr>
            <w:tcW w:w="4254" w:type="dxa"/>
            <w:tcMar>
              <w:top w:w="40" w:type="dxa"/>
              <w:left w:w="80" w:type="dxa"/>
              <w:bottom w:w="20" w:type="dxa"/>
              <w:right w:w="80" w:type="dxa"/>
            </w:tcMar>
          </w:tcPr>
          <w:p w14:paraId="295C14CE" w14:textId="77777777" w:rsidR="00215D16" w:rsidRDefault="00000000">
            <w:pPr>
              <w:spacing w:after="0" w:line="220" w:lineRule="exact"/>
              <w:rPr>
                <w:rFonts w:hint="eastAsia"/>
              </w:rPr>
            </w:pPr>
            <w:r>
              <w:rPr>
                <w:rFonts w:cs="Clear Sans"/>
                <w:szCs w:val="20"/>
                <w:lang w:val="nl-NL"/>
              </w:rPr>
              <w:t xml:space="preserve"> </w:t>
            </w:r>
          </w:p>
        </w:tc>
      </w:tr>
    </w:tbl>
    <w:p w14:paraId="540151B4" w14:textId="77777777" w:rsidR="00215D16" w:rsidRDefault="00000000">
      <w:pPr>
        <w:spacing w:before="567" w:after="0" w:line="367" w:lineRule="exact"/>
        <w:ind w:left="535" w:right="8623"/>
        <w:rPr>
          <w:rFonts w:hint="eastAsia"/>
        </w:rPr>
      </w:pPr>
      <w:r>
        <w:rPr>
          <w:rFonts w:cs="Clear Sans"/>
          <w:b/>
          <w:color w:val="E0081B"/>
          <w:sz w:val="36"/>
          <w:szCs w:val="36"/>
          <w:lang w:val="nl-NL"/>
        </w:rPr>
        <w:t>Verwijsindicatie</w:t>
      </w:r>
    </w:p>
    <w:p w14:paraId="51A854D6" w14:textId="77777777" w:rsidR="00215D16" w:rsidRDefault="00000000">
      <w:pPr>
        <w:spacing w:before="137" w:after="0" w:line="204" w:lineRule="exact"/>
        <w:ind w:left="535" w:right="6239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1. Wilt u in het kort de reden van verwijzing beschrijven:</w:t>
      </w:r>
    </w:p>
    <w:p w14:paraId="41CB658B" w14:textId="77777777" w:rsidR="00215D16" w:rsidRDefault="00215D16">
      <w:pPr>
        <w:spacing w:before="167" w:after="0" w:line="20" w:lineRule="exact"/>
        <w:rPr>
          <w:rFonts w:hint="eastAsia"/>
        </w:rPr>
      </w:pPr>
    </w:p>
    <w:tbl>
      <w:tblPr>
        <w:tblW w:w="10617" w:type="dxa"/>
        <w:tblInd w:w="62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617"/>
      </w:tblGrid>
      <w:tr w:rsidR="00215D16" w14:paraId="203FBC84" w14:textId="77777777">
        <w:trPr>
          <w:cantSplit/>
          <w:trHeight w:hRule="exact" w:val="1741"/>
        </w:trPr>
        <w:tc>
          <w:tcPr>
            <w:tcW w:w="10617" w:type="dxa"/>
            <w:tcMar>
              <w:top w:w="80" w:type="dxa"/>
              <w:left w:w="80" w:type="dxa"/>
              <w:bottom w:w="20" w:type="dxa"/>
              <w:right w:w="80" w:type="dxa"/>
            </w:tcMar>
          </w:tcPr>
          <w:p w14:paraId="33034A22" w14:textId="77777777" w:rsidR="00215D16" w:rsidRDefault="00000000">
            <w:pPr>
              <w:spacing w:after="0" w:line="220" w:lineRule="exact"/>
              <w:rPr>
                <w:rFonts w:hint="eastAsia"/>
              </w:rPr>
            </w:pPr>
            <w:r>
              <w:rPr>
                <w:rFonts w:cs="Clear Sans"/>
                <w:szCs w:val="20"/>
                <w:lang w:val="nl-NL"/>
              </w:rPr>
              <w:t xml:space="preserve"> </w:t>
            </w:r>
          </w:p>
        </w:tc>
      </w:tr>
    </w:tbl>
    <w:p w14:paraId="482FD657" w14:textId="77777777" w:rsidR="00215D16" w:rsidRDefault="00000000">
      <w:pPr>
        <w:spacing w:before="130" w:after="0" w:line="204" w:lineRule="exact"/>
        <w:ind w:left="557" w:right="5104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2. Wilt u beschrijven op basis waarvan de diagnose astma is gesteld:</w:t>
      </w:r>
    </w:p>
    <w:p w14:paraId="6E3E9EE5" w14:textId="77777777" w:rsidR="00215D16" w:rsidRDefault="00215D16">
      <w:pPr>
        <w:spacing w:before="167" w:after="0" w:line="20" w:lineRule="exact"/>
        <w:rPr>
          <w:rFonts w:hint="eastAsia"/>
        </w:rPr>
      </w:pPr>
    </w:p>
    <w:tbl>
      <w:tblPr>
        <w:tblW w:w="10617" w:type="dxa"/>
        <w:tblInd w:w="64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617"/>
      </w:tblGrid>
      <w:tr w:rsidR="00215D16" w14:paraId="2AE6691A" w14:textId="77777777">
        <w:trPr>
          <w:cantSplit/>
          <w:trHeight w:hRule="exact" w:val="1741"/>
        </w:trPr>
        <w:tc>
          <w:tcPr>
            <w:tcW w:w="10617" w:type="dxa"/>
            <w:tcMar>
              <w:top w:w="80" w:type="dxa"/>
              <w:left w:w="80" w:type="dxa"/>
              <w:bottom w:w="20" w:type="dxa"/>
              <w:right w:w="80" w:type="dxa"/>
            </w:tcMar>
          </w:tcPr>
          <w:p w14:paraId="7362A87B" w14:textId="77777777" w:rsidR="00215D16" w:rsidRDefault="00000000">
            <w:pPr>
              <w:spacing w:after="0" w:line="220" w:lineRule="exact"/>
              <w:rPr>
                <w:rFonts w:hint="eastAsia"/>
              </w:rPr>
            </w:pPr>
            <w:r>
              <w:rPr>
                <w:rFonts w:cs="Clear Sans"/>
                <w:szCs w:val="20"/>
                <w:lang w:val="nl-NL"/>
              </w:rPr>
              <w:t xml:space="preserve"> </w:t>
            </w:r>
          </w:p>
        </w:tc>
      </w:tr>
    </w:tbl>
    <w:p w14:paraId="645ACC01" w14:textId="77777777" w:rsidR="00215D16" w:rsidRDefault="00000000">
      <w:pPr>
        <w:spacing w:before="367" w:after="0" w:line="204" w:lineRule="exact"/>
        <w:ind w:left="557" w:right="3285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3. Betreft het een patiënt met ernstig astma volgens de definitie van de NVALT richtlijn?*</w:t>
      </w:r>
    </w:p>
    <w:p w14:paraId="0A514019" w14:textId="77777777" w:rsidR="00215D16" w:rsidRDefault="00000000">
      <w:pPr>
        <w:spacing w:before="21" w:after="0" w:line="204" w:lineRule="exact"/>
        <w:ind w:left="557" w:right="4039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Gebruikt patiënt hoge dosis ICS &gt; 500 mcg equivalent van fluticasone en LABA?</w:t>
      </w:r>
    </w:p>
    <w:p w14:paraId="6A14AA9D" w14:textId="77777777" w:rsidR="00215D16" w:rsidRDefault="00000000">
      <w:pPr>
        <w:tabs>
          <w:tab w:val="left" w:pos="1780"/>
        </w:tabs>
        <w:spacing w:before="157" w:after="0" w:line="204" w:lineRule="exact"/>
        <w:ind w:left="640"/>
        <w:rPr>
          <w:rFonts w:hint="eastAsia"/>
        </w:rPr>
      </w:pPr>
      <w:sdt>
        <w:sdtPr>
          <w:alias w:val="Optie_2_Ja"/>
          <w:tag w:val="Optie_2_Ja"/>
          <w:id w:val="700000003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  <w:color w:val="000000"/>
              <w:szCs w:val="20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Ja</w:t>
      </w:r>
      <w:r>
        <w:tab/>
      </w:r>
      <w:sdt>
        <w:sdtPr>
          <w:alias w:val="Optie_2_Nee"/>
          <w:tag w:val="Optie_2_Nee"/>
          <w:id w:val="700000004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  <w:color w:val="000000"/>
              <w:szCs w:val="20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Nee</w:t>
      </w:r>
    </w:p>
    <w:p w14:paraId="35E23755" w14:textId="77777777" w:rsidR="00215D16" w:rsidRDefault="00000000">
      <w:pPr>
        <w:spacing w:before="288" w:after="0" w:line="204" w:lineRule="exact"/>
        <w:ind w:left="557" w:right="3849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4.a Is er sprake van persisterende slechte astma controle? ACQ &gt; 1.5 of ACT &lt; 19</w:t>
      </w:r>
    </w:p>
    <w:p w14:paraId="427179BE" w14:textId="77777777" w:rsidR="00215D16" w:rsidRDefault="00000000">
      <w:pPr>
        <w:tabs>
          <w:tab w:val="left" w:pos="1780"/>
        </w:tabs>
        <w:spacing w:before="157" w:after="0" w:line="204" w:lineRule="exact"/>
        <w:ind w:left="640"/>
        <w:rPr>
          <w:rFonts w:hint="eastAsia"/>
        </w:rPr>
      </w:pPr>
      <w:sdt>
        <w:sdtPr>
          <w:alias w:val="Optie_3_Ja"/>
          <w:tag w:val="Optie_3_Ja"/>
          <w:id w:val="700000005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  <w:color w:val="000000"/>
              <w:szCs w:val="20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Ja</w:t>
      </w:r>
      <w:r>
        <w:tab/>
      </w:r>
      <w:sdt>
        <w:sdtPr>
          <w:alias w:val="Optie_3_Nee"/>
          <w:tag w:val="Optie_3_Nee"/>
          <w:id w:val="700000006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  <w:color w:val="000000"/>
              <w:szCs w:val="20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Nee</w:t>
      </w:r>
    </w:p>
    <w:p w14:paraId="16583AE7" w14:textId="77777777" w:rsidR="00215D16" w:rsidRDefault="00000000">
      <w:pPr>
        <w:spacing w:before="562" w:after="0" w:line="204" w:lineRule="exact"/>
        <w:ind w:left="535" w:right="7787"/>
        <w:rPr>
          <w:rFonts w:hint="eastAsia"/>
        </w:rPr>
      </w:pPr>
      <w:r>
        <w:rPr>
          <w:rFonts w:cs="Clear Sans"/>
          <w:i/>
          <w:color w:val="000000"/>
          <w:szCs w:val="20"/>
          <w:lang w:val="nl-NL"/>
        </w:rPr>
        <w:t>Gaat verder op de volgende bladzijde &gt;</w:t>
      </w:r>
    </w:p>
    <w:p w14:paraId="51D87154" w14:textId="77777777" w:rsidR="00215D16" w:rsidRDefault="00215D16">
      <w:pPr>
        <w:tabs>
          <w:tab w:val="left" w:pos="10921"/>
        </w:tabs>
        <w:spacing w:before="477" w:after="0" w:line="245" w:lineRule="exact"/>
        <w:ind w:left="535"/>
        <w:rPr>
          <w:rFonts w:hint="eastAsia"/>
        </w:rPr>
      </w:pPr>
    </w:p>
    <w:p w14:paraId="7780934E" w14:textId="77777777" w:rsidR="00215D16" w:rsidRDefault="00000000">
      <w:pPr>
        <w:spacing w:after="0" w:line="1" w:lineRule="exact"/>
        <w:rPr>
          <w:rFonts w:hint="eastAsia"/>
        </w:rPr>
      </w:pPr>
      <w:r>
        <w:br w:type="page"/>
      </w:r>
    </w:p>
    <w:p w14:paraId="1AA017D7" w14:textId="77777777" w:rsidR="00215D16" w:rsidRDefault="00000000">
      <w:pPr>
        <w:spacing w:after="0" w:line="1" w:lineRule="exact"/>
        <w:rPr>
          <w:rFonts w:hint="eastAsia"/>
        </w:rPr>
      </w:pPr>
      <w:r>
        <w:rPr>
          <w:noProof/>
        </w:rPr>
        <w:lastRenderedPageBreak/>
        <w:drawing>
          <wp:anchor distT="0" distB="0" distL="0" distR="0" simplePos="0" relativeHeight="251660288" behindDoc="1" locked="0" layoutInCell="1" allowOverlap="1" wp14:anchorId="7414DBA8" wp14:editId="5F3BB3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l="0" t="0" r="0" b="0"/>
            <wp:wrapNone/>
            <wp:docPr id="9003" name="Embedded page backgroun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3" name="Background 3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BF5A5E" w14:textId="77777777" w:rsidR="00215D16" w:rsidRDefault="00000000">
      <w:pPr>
        <w:spacing w:before="519" w:after="0" w:line="582" w:lineRule="exact"/>
        <w:ind w:left="535" w:right="4871"/>
        <w:rPr>
          <w:rFonts w:hint="eastAsia"/>
        </w:rPr>
      </w:pPr>
      <w:r>
        <w:rPr>
          <w:rFonts w:cs="Clear Sans"/>
          <w:color w:val="FFFFFF"/>
          <w:sz w:val="57"/>
          <w:szCs w:val="57"/>
          <w:lang w:val="nl-NL"/>
        </w:rPr>
        <w:t>Aanmelden als verwijzer</w:t>
      </w:r>
    </w:p>
    <w:p w14:paraId="69FA71A8" w14:textId="77777777" w:rsidR="00215D16" w:rsidRDefault="00000000">
      <w:pPr>
        <w:spacing w:before="1129" w:after="0" w:line="204" w:lineRule="exact"/>
        <w:ind w:left="535" w:right="9010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4.b Wat is de ACQ score?</w:t>
      </w:r>
    </w:p>
    <w:p w14:paraId="47E72BFF" w14:textId="77777777" w:rsidR="00215D16" w:rsidRDefault="00215D16">
      <w:pPr>
        <w:spacing w:before="167" w:after="0" w:line="20" w:lineRule="exact"/>
        <w:rPr>
          <w:rFonts w:hint="eastAsia"/>
        </w:rPr>
      </w:pPr>
    </w:p>
    <w:tbl>
      <w:tblPr>
        <w:tblW w:w="6574" w:type="dxa"/>
        <w:tblInd w:w="62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6574"/>
      </w:tblGrid>
      <w:tr w:rsidR="00215D16" w14:paraId="46E0FAC2" w14:textId="77777777">
        <w:trPr>
          <w:cantSplit/>
          <w:trHeight w:hRule="exact" w:val="427"/>
        </w:trPr>
        <w:tc>
          <w:tcPr>
            <w:tcW w:w="6574" w:type="dxa"/>
            <w:tcMar>
              <w:top w:w="40" w:type="dxa"/>
              <w:left w:w="80" w:type="dxa"/>
              <w:bottom w:w="20" w:type="dxa"/>
              <w:right w:w="80" w:type="dxa"/>
            </w:tcMar>
          </w:tcPr>
          <w:p w14:paraId="0A8FBA0B" w14:textId="77777777" w:rsidR="00215D16" w:rsidRDefault="00000000">
            <w:pPr>
              <w:spacing w:after="0" w:line="220" w:lineRule="exact"/>
              <w:rPr>
                <w:rFonts w:hint="eastAsia"/>
              </w:rPr>
            </w:pPr>
            <w:r>
              <w:rPr>
                <w:rFonts w:cs="Clear Sans"/>
                <w:szCs w:val="20"/>
                <w:lang w:val="nl-NL"/>
              </w:rPr>
              <w:t xml:space="preserve"> </w:t>
            </w:r>
          </w:p>
        </w:tc>
      </w:tr>
    </w:tbl>
    <w:p w14:paraId="4000B83F" w14:textId="77777777" w:rsidR="00215D16" w:rsidRDefault="00000000">
      <w:pPr>
        <w:spacing w:before="187" w:after="0" w:line="204" w:lineRule="exact"/>
        <w:ind w:left="557" w:right="4973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4c. Heeft de patiënt meer dan 2 exacerbaties per jaar, waarvoor OCS?</w:t>
      </w:r>
    </w:p>
    <w:p w14:paraId="76A92592" w14:textId="77777777" w:rsidR="00215D16" w:rsidRDefault="00000000">
      <w:pPr>
        <w:tabs>
          <w:tab w:val="left" w:pos="1780"/>
        </w:tabs>
        <w:spacing w:before="157" w:after="0" w:line="204" w:lineRule="exact"/>
        <w:ind w:left="640"/>
        <w:rPr>
          <w:rFonts w:hint="eastAsia"/>
        </w:rPr>
      </w:pPr>
      <w:sdt>
        <w:sdtPr>
          <w:alias w:val="Optie_4_Ja"/>
          <w:tag w:val="Optie_4_Ja"/>
          <w:id w:val="700000007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  <w:color w:val="000000"/>
              <w:szCs w:val="20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Ja</w:t>
      </w:r>
      <w:r>
        <w:tab/>
      </w:r>
      <w:sdt>
        <w:sdtPr>
          <w:alias w:val="Optie_4_Nee"/>
          <w:tag w:val="Optie_4_Nee"/>
          <w:id w:val="700000008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  <w:color w:val="000000"/>
              <w:szCs w:val="20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Nee</w:t>
      </w:r>
    </w:p>
    <w:p w14:paraId="52134654" w14:textId="77777777" w:rsidR="00215D16" w:rsidRDefault="00000000">
      <w:pPr>
        <w:spacing w:before="291" w:after="0" w:line="204" w:lineRule="exact"/>
        <w:ind w:left="557" w:right="4098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4d. Is er noodzaak tot onderhoudsbehandeling met OCS &gt; 6 maanden per jaar?</w:t>
      </w:r>
    </w:p>
    <w:p w14:paraId="487DDAC2" w14:textId="77777777" w:rsidR="00215D16" w:rsidRDefault="00000000">
      <w:pPr>
        <w:tabs>
          <w:tab w:val="left" w:pos="1780"/>
        </w:tabs>
        <w:spacing w:before="157" w:after="0" w:line="204" w:lineRule="exact"/>
        <w:ind w:left="640"/>
        <w:rPr>
          <w:rFonts w:hint="eastAsia"/>
        </w:rPr>
      </w:pPr>
      <w:sdt>
        <w:sdtPr>
          <w:alias w:val="Optie_5_Ja"/>
          <w:tag w:val="Optie_5_Ja"/>
          <w:id w:val="700000009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  <w:color w:val="000000"/>
              <w:szCs w:val="20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Ja</w:t>
      </w:r>
      <w:r>
        <w:tab/>
      </w:r>
      <w:sdt>
        <w:sdtPr>
          <w:alias w:val="Optie_5_Nee"/>
          <w:tag w:val="Optie_5_Nee"/>
          <w:id w:val="700000010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  <w:color w:val="000000"/>
              <w:szCs w:val="20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Nee</w:t>
      </w:r>
    </w:p>
    <w:p w14:paraId="1F3E20F1" w14:textId="77777777" w:rsidR="00215D16" w:rsidRDefault="00000000">
      <w:pPr>
        <w:spacing w:before="307" w:after="0" w:line="204" w:lineRule="exact"/>
        <w:ind w:left="557" w:right="4948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4e. Zijn er ziekenhuisopnames geweest afgelopen jaar? Zo ja hoeveel?</w:t>
      </w:r>
    </w:p>
    <w:p w14:paraId="2D827693" w14:textId="36F4994C" w:rsidR="00215D16" w:rsidRDefault="00000000">
      <w:pPr>
        <w:tabs>
          <w:tab w:val="left" w:pos="1780"/>
        </w:tabs>
        <w:spacing w:before="157" w:after="0" w:line="204" w:lineRule="exact"/>
        <w:ind w:left="640"/>
        <w:rPr>
          <w:rFonts w:hint="eastAsia"/>
        </w:rPr>
      </w:pPr>
      <w:sdt>
        <w:sdtPr>
          <w:alias w:val="Optie_6_Ja"/>
          <w:tag w:val="Optie_6_Ja"/>
          <w:id w:val="700000011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 w:rsidR="00BE37E0">
            <w:rPr>
              <w:rFonts w:ascii="Arial" w:hAnsi="Arial" w:cs="Arial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Ja</w:t>
      </w:r>
      <w:r>
        <w:tab/>
      </w:r>
      <w:sdt>
        <w:sdtPr>
          <w:alias w:val="Optie_6_Nee"/>
          <w:tag w:val="Optie_6_Nee"/>
          <w:id w:val="700000012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  <w:color w:val="000000"/>
              <w:szCs w:val="20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Nee</w:t>
      </w:r>
    </w:p>
    <w:p w14:paraId="010BA1A6" w14:textId="77777777" w:rsidR="00215D16" w:rsidRDefault="00000000">
      <w:pPr>
        <w:spacing w:before="187" w:after="0" w:line="204" w:lineRule="exact"/>
        <w:ind w:left="557" w:right="8862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Aantal ziekenhuisopnames</w:t>
      </w:r>
    </w:p>
    <w:p w14:paraId="36451248" w14:textId="77777777" w:rsidR="00215D16" w:rsidRDefault="00215D16">
      <w:pPr>
        <w:spacing w:before="167" w:after="0" w:line="20" w:lineRule="exact"/>
        <w:rPr>
          <w:rFonts w:hint="eastAsia"/>
        </w:rPr>
      </w:pPr>
    </w:p>
    <w:tbl>
      <w:tblPr>
        <w:tblW w:w="6574" w:type="dxa"/>
        <w:tblInd w:w="64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6574"/>
      </w:tblGrid>
      <w:tr w:rsidR="00215D16" w14:paraId="7A2AB32E" w14:textId="77777777">
        <w:trPr>
          <w:cantSplit/>
          <w:trHeight w:hRule="exact" w:val="427"/>
        </w:trPr>
        <w:tc>
          <w:tcPr>
            <w:tcW w:w="6574" w:type="dxa"/>
            <w:tcMar>
              <w:top w:w="40" w:type="dxa"/>
              <w:left w:w="80" w:type="dxa"/>
              <w:bottom w:w="20" w:type="dxa"/>
              <w:right w:w="80" w:type="dxa"/>
            </w:tcMar>
          </w:tcPr>
          <w:p w14:paraId="12DB17BF" w14:textId="77777777" w:rsidR="00215D16" w:rsidRDefault="00000000">
            <w:pPr>
              <w:spacing w:after="0" w:line="220" w:lineRule="exact"/>
              <w:rPr>
                <w:rFonts w:hint="eastAsia"/>
              </w:rPr>
            </w:pPr>
            <w:r>
              <w:rPr>
                <w:rFonts w:cs="Clear Sans"/>
                <w:szCs w:val="20"/>
                <w:lang w:val="nl-NL"/>
              </w:rPr>
              <w:t xml:space="preserve"> </w:t>
            </w:r>
          </w:p>
        </w:tc>
      </w:tr>
    </w:tbl>
    <w:p w14:paraId="5328DFC6" w14:textId="77777777" w:rsidR="00215D16" w:rsidRDefault="00000000">
      <w:pPr>
        <w:spacing w:before="187" w:after="0" w:line="204" w:lineRule="exact"/>
        <w:ind w:left="557" w:right="4957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5a. Is daarbij tevens aandacht besteed aan de volgende voorwaarden:</w:t>
      </w:r>
    </w:p>
    <w:p w14:paraId="621D96B4" w14:textId="11503D95" w:rsidR="00215D16" w:rsidRDefault="00000000">
      <w:pPr>
        <w:tabs>
          <w:tab w:val="left" w:pos="1780"/>
        </w:tabs>
        <w:spacing w:before="157" w:after="0" w:line="204" w:lineRule="exact"/>
        <w:ind w:left="640"/>
        <w:rPr>
          <w:rFonts w:hint="eastAsia"/>
        </w:rPr>
      </w:pPr>
      <w:sdt>
        <w:sdtPr>
          <w:alias w:val="Optie_7_Ja"/>
          <w:tag w:val="Optie_7_Ja"/>
          <w:id w:val="700000013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  <w:color w:val="000000"/>
              <w:szCs w:val="20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Ja</w:t>
      </w:r>
      <w:r>
        <w:tab/>
      </w:r>
      <w:sdt>
        <w:sdtPr>
          <w:alias w:val="Optie_7_Nee"/>
          <w:tag w:val="Optie_7_Nee"/>
          <w:id w:val="700000014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 w:rsidR="00BE37E0">
            <w:rPr>
              <w:rFonts w:ascii="Arial" w:hAnsi="Arial" w:cs="Arial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Nee</w:t>
      </w:r>
    </w:p>
    <w:p w14:paraId="242B6730" w14:textId="77777777" w:rsidR="00215D16" w:rsidRDefault="00000000">
      <w:pPr>
        <w:spacing w:before="292" w:after="0" w:line="204" w:lineRule="exact"/>
        <w:ind w:left="557" w:right="7278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5b. Is de inhalatietechniek geoptimaliseerd?</w:t>
      </w:r>
    </w:p>
    <w:p w14:paraId="30225037" w14:textId="77777777" w:rsidR="00215D16" w:rsidRDefault="00000000">
      <w:pPr>
        <w:tabs>
          <w:tab w:val="left" w:pos="1780"/>
        </w:tabs>
        <w:spacing w:before="186" w:after="0" w:line="204" w:lineRule="exact"/>
        <w:ind w:left="640"/>
        <w:rPr>
          <w:rFonts w:hint="eastAsia"/>
        </w:rPr>
      </w:pPr>
      <w:sdt>
        <w:sdtPr>
          <w:alias w:val="Optie_8_Ja"/>
          <w:tag w:val="Optie_8_Ja"/>
          <w:id w:val="700000015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  <w:color w:val="000000"/>
              <w:szCs w:val="20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Ja</w:t>
      </w:r>
      <w:r>
        <w:tab/>
      </w:r>
      <w:sdt>
        <w:sdtPr>
          <w:alias w:val="Optie_8_Nee"/>
          <w:tag w:val="Optie_8_Nee"/>
          <w:id w:val="700000016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  <w:color w:val="000000"/>
              <w:szCs w:val="20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Nee</w:t>
      </w:r>
    </w:p>
    <w:p w14:paraId="2F6C152A" w14:textId="77777777" w:rsidR="00215D16" w:rsidRDefault="00000000">
      <w:pPr>
        <w:spacing w:before="279" w:after="0" w:line="204" w:lineRule="exact"/>
        <w:ind w:left="557" w:right="7557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5c. Is de therapietrouw geoptimaliseerd?</w:t>
      </w:r>
    </w:p>
    <w:p w14:paraId="6074B529" w14:textId="77777777" w:rsidR="00215D16" w:rsidRDefault="00000000">
      <w:pPr>
        <w:tabs>
          <w:tab w:val="left" w:pos="1780"/>
        </w:tabs>
        <w:spacing w:before="189" w:after="0" w:line="204" w:lineRule="exact"/>
        <w:ind w:left="640"/>
        <w:rPr>
          <w:rFonts w:hint="eastAsia"/>
        </w:rPr>
      </w:pPr>
      <w:sdt>
        <w:sdtPr>
          <w:alias w:val="Optie_9_Ja"/>
          <w:tag w:val="Optie_9_Ja"/>
          <w:id w:val="700000017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  <w:color w:val="000000"/>
              <w:szCs w:val="20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Ja</w:t>
      </w:r>
      <w:r>
        <w:tab/>
      </w:r>
      <w:sdt>
        <w:sdtPr>
          <w:alias w:val="Optie_9_Nee"/>
          <w:tag w:val="Optie_9_Nee"/>
          <w:id w:val="700000018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  <w:color w:val="000000"/>
              <w:szCs w:val="20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Nee</w:t>
      </w:r>
    </w:p>
    <w:p w14:paraId="7856DBFA" w14:textId="77777777" w:rsidR="00215D16" w:rsidRDefault="00000000">
      <w:pPr>
        <w:spacing w:before="277" w:after="0" w:line="204" w:lineRule="exact"/>
        <w:ind w:left="557" w:right="5712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5d. Is de blootstelling aan exogene prikkels geminimaliseerd?</w:t>
      </w:r>
    </w:p>
    <w:p w14:paraId="37421037" w14:textId="77777777" w:rsidR="00215D16" w:rsidRDefault="00000000">
      <w:pPr>
        <w:tabs>
          <w:tab w:val="left" w:pos="1780"/>
        </w:tabs>
        <w:spacing w:before="207" w:after="0" w:line="204" w:lineRule="exact"/>
        <w:ind w:left="640"/>
        <w:rPr>
          <w:rFonts w:hint="eastAsia"/>
        </w:rPr>
      </w:pPr>
      <w:sdt>
        <w:sdtPr>
          <w:alias w:val="Optie_10_Ja"/>
          <w:tag w:val="Optie_10_Ja"/>
          <w:id w:val="700000019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  <w:color w:val="000000"/>
              <w:szCs w:val="20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Ja</w:t>
      </w:r>
      <w:r>
        <w:tab/>
      </w:r>
      <w:sdt>
        <w:sdtPr>
          <w:alias w:val="Optie_10_Nee"/>
          <w:tag w:val="Optie_10_Nee"/>
          <w:id w:val="700000020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  <w:color w:val="000000"/>
              <w:szCs w:val="20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Nee</w:t>
      </w:r>
    </w:p>
    <w:p w14:paraId="7C74D456" w14:textId="77777777" w:rsidR="00215D16" w:rsidRDefault="00000000">
      <w:pPr>
        <w:spacing w:before="307" w:after="0" w:line="204" w:lineRule="exact"/>
        <w:ind w:left="557" w:right="5571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5e. Is eventueel aanwezige comorbiditeit maximaal behandeld?</w:t>
      </w:r>
    </w:p>
    <w:p w14:paraId="2902D696" w14:textId="2AD11011" w:rsidR="00215D16" w:rsidRDefault="00000000">
      <w:pPr>
        <w:tabs>
          <w:tab w:val="left" w:pos="1780"/>
        </w:tabs>
        <w:spacing w:before="180" w:after="0" w:line="204" w:lineRule="exact"/>
        <w:ind w:left="640"/>
        <w:rPr>
          <w:rFonts w:hint="eastAsia"/>
        </w:rPr>
      </w:pPr>
      <w:sdt>
        <w:sdtPr>
          <w:alias w:val="Optie_11_Ja"/>
          <w:tag w:val="Optie_11_Ja"/>
          <w:id w:val="700000021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 w:rsidR="00221DC6">
            <w:rPr>
              <w:rFonts w:ascii="Arial" w:hAnsi="Arial" w:cs="Arial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Ja</w:t>
      </w:r>
      <w:r>
        <w:tab/>
      </w:r>
      <w:sdt>
        <w:sdtPr>
          <w:alias w:val="Optie_11_Nee"/>
          <w:tag w:val="Optie_11_Nee"/>
          <w:id w:val="700000022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  <w:color w:val="000000"/>
              <w:szCs w:val="20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Nee</w:t>
      </w:r>
    </w:p>
    <w:p w14:paraId="6CEF0F2F" w14:textId="77777777" w:rsidR="00215D16" w:rsidRDefault="00000000">
      <w:pPr>
        <w:spacing w:before="277" w:after="0" w:line="204" w:lineRule="exact"/>
        <w:ind w:left="557" w:right="6757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5f. Is patiënt niet-roker of ≥ 6 maanden ex-roker?</w:t>
      </w:r>
    </w:p>
    <w:p w14:paraId="2A265DFC" w14:textId="46F6C5D6" w:rsidR="00215D16" w:rsidRDefault="00000000">
      <w:pPr>
        <w:tabs>
          <w:tab w:val="left" w:pos="1780"/>
        </w:tabs>
        <w:spacing w:before="168" w:after="0" w:line="204" w:lineRule="exact"/>
        <w:ind w:left="640"/>
        <w:rPr>
          <w:rFonts w:hint="eastAsia"/>
        </w:rPr>
      </w:pPr>
      <w:sdt>
        <w:sdtPr>
          <w:alias w:val="Optie_12_Ja"/>
          <w:tag w:val="Optie_12_Ja"/>
          <w:id w:val="700000023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  <w:color w:val="000000"/>
              <w:szCs w:val="20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Ja</w:t>
      </w:r>
      <w:r>
        <w:tab/>
      </w:r>
      <w:sdt>
        <w:sdtPr>
          <w:alias w:val="Optie_12_Nee"/>
          <w:tag w:val="Optie_12_Nee"/>
          <w:id w:val="700000024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 w:rsidR="00BE37E0">
            <w:rPr>
              <w:rFonts w:ascii="Arial" w:hAnsi="Arial" w:cs="Arial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Nee</w:t>
      </w:r>
    </w:p>
    <w:p w14:paraId="1CF05335" w14:textId="77777777" w:rsidR="00215D16" w:rsidRDefault="00000000">
      <w:pPr>
        <w:spacing w:before="277" w:after="0" w:line="204" w:lineRule="exact"/>
        <w:ind w:left="557" w:right="2073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5g. Wordt patiënt gedurende tenminste 6 maanden behandeld door longarts en longverpleegkundige?</w:t>
      </w:r>
    </w:p>
    <w:p w14:paraId="4AB4D6BE" w14:textId="77777777" w:rsidR="00215D16" w:rsidRDefault="00000000">
      <w:pPr>
        <w:tabs>
          <w:tab w:val="left" w:pos="1780"/>
        </w:tabs>
        <w:spacing w:before="157" w:after="0" w:line="204" w:lineRule="exact"/>
        <w:ind w:left="640"/>
        <w:rPr>
          <w:rFonts w:hint="eastAsia"/>
        </w:rPr>
      </w:pPr>
      <w:sdt>
        <w:sdtPr>
          <w:alias w:val="Optie_13_Ja"/>
          <w:tag w:val="Optie_13_Ja"/>
          <w:id w:val="700000025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  <w:color w:val="000000"/>
              <w:szCs w:val="20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Ja</w:t>
      </w:r>
      <w:r>
        <w:tab/>
      </w:r>
      <w:sdt>
        <w:sdtPr>
          <w:alias w:val="Optie_13_Nee"/>
          <w:tag w:val="Optie_13_Nee"/>
          <w:id w:val="700000026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  <w:color w:val="000000"/>
              <w:szCs w:val="20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Nee</w:t>
      </w:r>
    </w:p>
    <w:p w14:paraId="169F2399" w14:textId="77777777" w:rsidR="00215D16" w:rsidRDefault="00000000">
      <w:pPr>
        <w:spacing w:before="307" w:after="0" w:line="204" w:lineRule="exact"/>
        <w:ind w:left="557" w:right="4125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6. Heeft patiënt deelgenomen aan (poli) klinische longrevalidatie op zeeniveau?</w:t>
      </w:r>
    </w:p>
    <w:p w14:paraId="72255F9F" w14:textId="77777777" w:rsidR="00215D16" w:rsidRDefault="00000000">
      <w:pPr>
        <w:tabs>
          <w:tab w:val="left" w:pos="1780"/>
        </w:tabs>
        <w:spacing w:before="157" w:after="0" w:line="204" w:lineRule="exact"/>
        <w:ind w:left="640"/>
        <w:rPr>
          <w:rFonts w:hint="eastAsia"/>
        </w:rPr>
      </w:pPr>
      <w:sdt>
        <w:sdtPr>
          <w:alias w:val="Optie_14_Ja"/>
          <w:tag w:val="Optie_14_Ja"/>
          <w:id w:val="700000027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  <w:color w:val="000000"/>
              <w:szCs w:val="20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Ja</w:t>
      </w:r>
      <w:r>
        <w:tab/>
      </w:r>
      <w:sdt>
        <w:sdtPr>
          <w:alias w:val="Optie_14_Nee"/>
          <w:tag w:val="Optie_14_Nee"/>
          <w:id w:val="700000028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  <w:color w:val="000000"/>
              <w:szCs w:val="20"/>
            </w:rPr>
            <w:t>◯</w:t>
          </w:r>
        </w:sdtContent>
      </w:sdt>
      <w:r>
        <w:rPr>
          <w:rFonts w:cs="Clear Sans"/>
          <w:color w:val="000000"/>
          <w:szCs w:val="20"/>
          <w:lang w:val="nl-NL"/>
        </w:rPr>
        <w:t xml:space="preserve"> Nee</w:t>
      </w:r>
    </w:p>
    <w:p w14:paraId="1ED25C10" w14:textId="77777777" w:rsidR="00215D16" w:rsidRDefault="00000000">
      <w:pPr>
        <w:spacing w:before="277" w:after="0" w:line="204" w:lineRule="exact"/>
        <w:ind w:left="557" w:right="8957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6a. Waar bestond die uit?</w:t>
      </w:r>
    </w:p>
    <w:p w14:paraId="07228AB0" w14:textId="77777777" w:rsidR="00215D16" w:rsidRDefault="00215D16">
      <w:pPr>
        <w:spacing w:before="167" w:after="0" w:line="20" w:lineRule="exact"/>
        <w:rPr>
          <w:rFonts w:hint="eastAsia"/>
        </w:rPr>
      </w:pPr>
    </w:p>
    <w:tbl>
      <w:tblPr>
        <w:tblW w:w="7429" w:type="dxa"/>
        <w:tblInd w:w="64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429"/>
      </w:tblGrid>
      <w:tr w:rsidR="00215D16" w14:paraId="545A9E1A" w14:textId="77777777">
        <w:trPr>
          <w:cantSplit/>
          <w:trHeight w:hRule="exact" w:val="996"/>
        </w:trPr>
        <w:tc>
          <w:tcPr>
            <w:tcW w:w="7429" w:type="dxa"/>
            <w:tcMar>
              <w:top w:w="80" w:type="dxa"/>
              <w:left w:w="80" w:type="dxa"/>
              <w:bottom w:w="20" w:type="dxa"/>
              <w:right w:w="80" w:type="dxa"/>
            </w:tcMar>
          </w:tcPr>
          <w:p w14:paraId="532F303E" w14:textId="77777777" w:rsidR="00215D16" w:rsidRDefault="00000000">
            <w:pPr>
              <w:spacing w:after="0" w:line="220" w:lineRule="exact"/>
              <w:rPr>
                <w:rFonts w:hint="eastAsia"/>
              </w:rPr>
            </w:pPr>
            <w:r>
              <w:rPr>
                <w:rFonts w:cs="Clear Sans"/>
                <w:szCs w:val="20"/>
                <w:lang w:val="nl-NL"/>
              </w:rPr>
              <w:t xml:space="preserve"> </w:t>
            </w:r>
          </w:p>
        </w:tc>
      </w:tr>
    </w:tbl>
    <w:p w14:paraId="337034A5" w14:textId="77777777" w:rsidR="00215D16" w:rsidRDefault="00000000">
      <w:pPr>
        <w:spacing w:before="356" w:after="0" w:line="204" w:lineRule="exact"/>
        <w:ind w:left="535" w:right="7787"/>
        <w:rPr>
          <w:rFonts w:hint="eastAsia"/>
        </w:rPr>
      </w:pPr>
      <w:r>
        <w:rPr>
          <w:rFonts w:cs="Clear Sans"/>
          <w:i/>
          <w:color w:val="000000"/>
          <w:szCs w:val="20"/>
          <w:lang w:val="nl-NL"/>
        </w:rPr>
        <w:t>Gaat verder op de volgende bladzijde &gt;</w:t>
      </w:r>
    </w:p>
    <w:p w14:paraId="72A078AD" w14:textId="77777777" w:rsidR="00215D16" w:rsidRDefault="00215D16">
      <w:pPr>
        <w:tabs>
          <w:tab w:val="left" w:pos="10921"/>
        </w:tabs>
        <w:spacing w:before="267" w:after="0" w:line="245" w:lineRule="exact"/>
        <w:ind w:left="535"/>
        <w:rPr>
          <w:rFonts w:hint="eastAsia"/>
        </w:rPr>
      </w:pPr>
    </w:p>
    <w:p w14:paraId="114283C8" w14:textId="77777777" w:rsidR="00215D16" w:rsidRDefault="00000000">
      <w:pPr>
        <w:spacing w:after="0" w:line="1" w:lineRule="exact"/>
        <w:rPr>
          <w:rFonts w:hint="eastAsia"/>
        </w:rPr>
      </w:pPr>
      <w:r>
        <w:br w:type="page"/>
      </w:r>
    </w:p>
    <w:p w14:paraId="3FC63798" w14:textId="77777777" w:rsidR="00215D16" w:rsidRDefault="00000000">
      <w:pPr>
        <w:spacing w:after="0" w:line="1" w:lineRule="exact"/>
        <w:rPr>
          <w:rFonts w:hint="eastAsia"/>
        </w:rPr>
      </w:pPr>
      <w:r>
        <w:rPr>
          <w:noProof/>
        </w:rPr>
        <w:lastRenderedPageBreak/>
        <w:drawing>
          <wp:anchor distT="0" distB="0" distL="0" distR="0" simplePos="0" relativeHeight="251661312" behindDoc="1" locked="0" layoutInCell="1" allowOverlap="1" wp14:anchorId="104F8B61" wp14:editId="56A2C36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l="0" t="0" r="0" b="0"/>
            <wp:wrapNone/>
            <wp:docPr id="9004" name="Embedded page backgroun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4" name="Background 4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4F94F1" w14:textId="77777777" w:rsidR="00215D16" w:rsidRDefault="00000000">
      <w:pPr>
        <w:spacing w:before="519" w:after="0" w:line="582" w:lineRule="exact"/>
        <w:ind w:left="535" w:right="4871"/>
        <w:rPr>
          <w:rFonts w:hint="eastAsia"/>
        </w:rPr>
      </w:pPr>
      <w:r>
        <w:rPr>
          <w:rFonts w:cs="Clear Sans"/>
          <w:color w:val="FFFFFF"/>
          <w:sz w:val="57"/>
          <w:szCs w:val="57"/>
          <w:lang w:val="nl-NL"/>
        </w:rPr>
        <w:t>Aanmelden als verwijzer</w:t>
      </w:r>
    </w:p>
    <w:p w14:paraId="3211A968" w14:textId="77777777" w:rsidR="00215D16" w:rsidRDefault="00000000">
      <w:pPr>
        <w:spacing w:before="1157" w:after="0" w:line="204" w:lineRule="exact"/>
        <w:ind w:left="557" w:right="6195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7. Wilt u in het kort relevante comorbiditeit beschrijven?</w:t>
      </w:r>
    </w:p>
    <w:p w14:paraId="6A9CDC09" w14:textId="77777777" w:rsidR="00215D16" w:rsidRDefault="00215D16">
      <w:pPr>
        <w:spacing w:before="167" w:after="0" w:line="20" w:lineRule="exact"/>
        <w:rPr>
          <w:rFonts w:hint="eastAsia"/>
        </w:rPr>
      </w:pPr>
    </w:p>
    <w:tbl>
      <w:tblPr>
        <w:tblW w:w="10617" w:type="dxa"/>
        <w:tblInd w:w="64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617"/>
      </w:tblGrid>
      <w:tr w:rsidR="00215D16" w14:paraId="36CCD3E4" w14:textId="77777777">
        <w:trPr>
          <w:cantSplit/>
          <w:trHeight w:hRule="exact" w:val="1741"/>
        </w:trPr>
        <w:tc>
          <w:tcPr>
            <w:tcW w:w="10617" w:type="dxa"/>
            <w:tcMar>
              <w:top w:w="80" w:type="dxa"/>
              <w:left w:w="80" w:type="dxa"/>
              <w:bottom w:w="20" w:type="dxa"/>
              <w:right w:w="80" w:type="dxa"/>
            </w:tcMar>
          </w:tcPr>
          <w:p w14:paraId="1EB23CA2" w14:textId="77777777" w:rsidR="00215D16" w:rsidRDefault="00000000">
            <w:pPr>
              <w:spacing w:after="0" w:line="220" w:lineRule="exact"/>
              <w:rPr>
                <w:rFonts w:hint="eastAsia"/>
              </w:rPr>
            </w:pPr>
            <w:r>
              <w:rPr>
                <w:rFonts w:cs="Clear Sans"/>
                <w:szCs w:val="20"/>
                <w:lang w:val="nl-NL"/>
              </w:rPr>
              <w:t xml:space="preserve"> </w:t>
            </w:r>
          </w:p>
        </w:tc>
      </w:tr>
    </w:tbl>
    <w:p w14:paraId="6AE99EC7" w14:textId="77777777" w:rsidR="00215D16" w:rsidRDefault="00000000">
      <w:pPr>
        <w:spacing w:before="172" w:after="0" w:line="204" w:lineRule="exact"/>
        <w:ind w:left="558" w:right="1935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8. Bij het inleveren van deze documenten vragen wij u om ook uw medische documenten aan te leveren.</w:t>
      </w:r>
    </w:p>
    <w:p w14:paraId="1F7D270A" w14:textId="77777777" w:rsidR="00215D16" w:rsidRDefault="00000000">
      <w:pPr>
        <w:spacing w:before="398" w:after="0" w:line="367" w:lineRule="exact"/>
        <w:ind w:left="558" w:right="7252"/>
        <w:rPr>
          <w:rFonts w:hint="eastAsia"/>
        </w:rPr>
      </w:pPr>
      <w:r>
        <w:rPr>
          <w:rFonts w:cs="Clear Sans"/>
          <w:b/>
          <w:color w:val="E0081B"/>
          <w:sz w:val="36"/>
          <w:szCs w:val="36"/>
          <w:lang w:val="nl-NL"/>
        </w:rPr>
        <w:t>Telefonische toelichting</w:t>
      </w:r>
    </w:p>
    <w:p w14:paraId="1F4F6FF2" w14:textId="77777777" w:rsidR="00215D16" w:rsidRDefault="00000000">
      <w:pPr>
        <w:spacing w:before="137" w:after="0" w:line="204" w:lineRule="exact"/>
        <w:ind w:left="558" w:right="1132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 xml:space="preserve">Als u vragen heeft omtrent de verwijzing staan de longartsen Rolf Wolters en Marieke Drijver u graag telefonisch </w:t>
      </w:r>
    </w:p>
    <w:p w14:paraId="45864B10" w14:textId="77777777" w:rsidR="00215D16" w:rsidRDefault="00000000">
      <w:pPr>
        <w:spacing w:before="21" w:after="0" w:line="204" w:lineRule="exact"/>
        <w:ind w:left="558" w:right="3259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te woord, + 41 58 51 14 800, of per mail r.wolters@nadavos.nl of m.drijver@nadavos.nl.</w:t>
      </w:r>
    </w:p>
    <w:p w14:paraId="4BFA8ED6" w14:textId="77777777" w:rsidR="00215D16" w:rsidRDefault="00000000">
      <w:pPr>
        <w:spacing w:before="624" w:after="0" w:line="204" w:lineRule="exact"/>
        <w:ind w:left="559" w:right="9663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9. Extra controle*</w:t>
      </w:r>
    </w:p>
    <w:p w14:paraId="66468267" w14:textId="77777777" w:rsidR="00215D16" w:rsidRDefault="00000000">
      <w:pPr>
        <w:spacing w:before="156" w:after="0" w:line="204" w:lineRule="exact"/>
        <w:ind w:left="640" w:right="3437"/>
        <w:rPr>
          <w:rFonts w:hint="eastAsia"/>
        </w:rPr>
      </w:pPr>
      <w:sdt>
        <w:sdtPr>
          <w:alias w:val="Toestemming_patient"/>
          <w:tag w:val="Toestemming_patient"/>
          <w:id w:val="700000029"/>
          <w14:checkbox>
            <w14:checked w14:val="0"/>
            <w14:checkedState w14:val="2B24" w14:font="Arial"/>
            <w14:uncheckedState w14:val="25EF" w14:font="Arial"/>
          </w14:checkbox>
        </w:sdtPr>
        <w:sdtContent>
          <w:r>
            <w:rPr>
              <w:rFonts w:ascii="Arial" w:hAnsi="Arial" w:cs="Arial"/>
              <w:color w:val="000000"/>
              <w:szCs w:val="20"/>
            </w:rPr>
            <w:t>◯</w:t>
          </w:r>
        </w:sdtContent>
      </w:sdt>
      <w:r>
        <w:rPr>
          <w:rFonts w:cs="Clear Sans"/>
          <w:i/>
          <w:color w:val="000000"/>
          <w:szCs w:val="20"/>
          <w:lang w:val="nl-NL"/>
        </w:rPr>
        <w:t xml:space="preserve"> Genoemde patiënt heeft toestemming gegeven om bovenstaande gegevens naar het</w:t>
      </w:r>
    </w:p>
    <w:p w14:paraId="3A05A161" w14:textId="77777777" w:rsidR="00215D16" w:rsidRDefault="00000000">
      <w:pPr>
        <w:spacing w:before="21" w:after="0" w:line="204" w:lineRule="exact"/>
        <w:ind w:left="922" w:right="4330"/>
        <w:rPr>
          <w:rFonts w:hint="eastAsia"/>
        </w:rPr>
      </w:pPr>
      <w:r>
        <w:rPr>
          <w:rFonts w:cs="Clear Sans"/>
          <w:i/>
          <w:color w:val="000000"/>
          <w:szCs w:val="20"/>
          <w:lang w:val="nl-NL"/>
        </w:rPr>
        <w:t>Nederlands Astmacentrum Davos te sturen en heeft indien van toepassing</w:t>
      </w:r>
    </w:p>
    <w:p w14:paraId="050CD8AA" w14:textId="77777777" w:rsidR="00215D16" w:rsidRDefault="00000000">
      <w:pPr>
        <w:spacing w:before="21" w:after="0" w:line="204" w:lineRule="exact"/>
        <w:ind w:left="922" w:right="3804"/>
        <w:rPr>
          <w:rFonts w:hint="eastAsia"/>
        </w:rPr>
      </w:pPr>
      <w:r>
        <w:rPr>
          <w:rFonts w:cs="Clear Sans"/>
          <w:i/>
          <w:color w:val="000000"/>
          <w:szCs w:val="20"/>
          <w:lang w:val="nl-NL"/>
        </w:rPr>
        <w:t>toestemming gegeven tot inzage van het dossier van een eerdere opname in het</w:t>
      </w:r>
    </w:p>
    <w:p w14:paraId="58E09DBD" w14:textId="77777777" w:rsidR="00215D16" w:rsidRDefault="00000000">
      <w:pPr>
        <w:spacing w:before="21" w:after="0" w:line="204" w:lineRule="exact"/>
        <w:ind w:left="922" w:right="7934"/>
        <w:rPr>
          <w:rFonts w:hint="eastAsia"/>
        </w:rPr>
      </w:pPr>
      <w:r>
        <w:rPr>
          <w:rFonts w:cs="Clear Sans"/>
          <w:i/>
          <w:color w:val="000000"/>
          <w:szCs w:val="20"/>
          <w:lang w:val="nl-NL"/>
        </w:rPr>
        <w:t>Nederlands Astmacentrum Davos</w:t>
      </w:r>
    </w:p>
    <w:p w14:paraId="3C104D67" w14:textId="77777777" w:rsidR="00215D16" w:rsidRDefault="00215D16">
      <w:pPr>
        <w:tabs>
          <w:tab w:val="left" w:pos="10921"/>
        </w:tabs>
        <w:spacing w:before="7927" w:after="0" w:line="245" w:lineRule="exact"/>
        <w:ind w:left="535"/>
        <w:rPr>
          <w:rFonts w:hint="eastAsia"/>
        </w:rPr>
      </w:pPr>
    </w:p>
    <w:p w14:paraId="4B10A001" w14:textId="77777777" w:rsidR="00215D16" w:rsidRDefault="00000000">
      <w:pPr>
        <w:spacing w:after="0" w:line="1" w:lineRule="exact"/>
        <w:rPr>
          <w:rFonts w:hint="eastAsia"/>
        </w:rPr>
      </w:pPr>
      <w:r>
        <w:br w:type="page"/>
      </w:r>
    </w:p>
    <w:p w14:paraId="4B10A002" w14:textId="77777777" w:rsidR="00215D16" w:rsidRDefault="00000000">
      <w:pPr>
        <w:spacing w:after="0" w:line="1" w:lineRule="exact"/>
        <w:rPr>
          <w:rFonts w:hint="eastAsia"/>
        </w:rPr>
      </w:pPr>
      <w:r>
        <w:rPr>
          <w:noProof/>
        </w:rPr>
        <w:lastRenderedPageBreak/>
        <w:drawing>
          <wp:anchor distT="0" distB="0" distL="0" distR="0" simplePos="0" relativeHeight="251662336" behindDoc="1" locked="0" layoutInCell="1" allowOverlap="1" wp14:anchorId="104F8B62" wp14:editId="56A2C36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l="0" t="0" r="0" b="0"/>
            <wp:wrapNone/>
            <wp:docPr id="9005" name="Embedded page background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5" name="Background 5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10A003" w14:textId="77777777" w:rsidR="00215D16" w:rsidRDefault="00000000">
      <w:pPr>
        <w:spacing w:before="519" w:after="0" w:line="582" w:lineRule="exact"/>
        <w:ind w:left="535" w:right="4871"/>
        <w:rPr>
          <w:rFonts w:hint="eastAsia"/>
        </w:rPr>
      </w:pPr>
      <w:r>
        <w:rPr>
          <w:rFonts w:cs="Clear Sans"/>
          <w:color w:val="FFFFFF"/>
          <w:sz w:val="57"/>
          <w:szCs w:val="57"/>
          <w:lang w:val="nl-NL"/>
        </w:rPr>
        <w:t>Aanmelden als verwijzer</w:t>
      </w:r>
    </w:p>
    <w:p w14:paraId="4B10A004" w14:textId="77777777" w:rsidR="00215D16" w:rsidRDefault="00000000">
      <w:pPr>
        <w:spacing w:before="976" w:after="0" w:line="367" w:lineRule="exact"/>
        <w:ind w:left="535" w:right="5000"/>
        <w:rPr>
          <w:rFonts w:hint="eastAsia"/>
        </w:rPr>
      </w:pPr>
      <w:r>
        <w:rPr>
          <w:rFonts w:cs="Clear Sans"/>
          <w:b/>
          <w:color w:val="E0081B"/>
          <w:sz w:val="36"/>
          <w:szCs w:val="36"/>
          <w:lang w:val="nl-NL"/>
        </w:rPr>
        <w:t>Aanvullende informatie</w:t>
      </w:r>
    </w:p>
    <w:p w14:paraId="4B10A005" w14:textId="77777777" w:rsidR="00215D16" w:rsidRDefault="00000000">
      <w:pPr>
        <w:spacing w:before="137" w:after="0" w:line="204" w:lineRule="exact"/>
        <w:ind w:left="557" w:right="1935"/>
        <w:rPr>
          <w:rFonts w:hint="eastAsia"/>
        </w:rPr>
      </w:pPr>
      <w:r>
        <w:rPr>
          <w:rFonts w:cs="Clear Sans"/>
          <w:color w:val="000000"/>
          <w:szCs w:val="20"/>
          <w:lang w:val="nl-NL"/>
        </w:rPr>
        <w:t>Wilt u hier eventuele aanvullende informatie beschrijven?</w:t>
      </w:r>
    </w:p>
    <w:p w14:paraId="4B10A006" w14:textId="77777777" w:rsidR="00215D16" w:rsidRDefault="00215D16">
      <w:pPr>
        <w:spacing w:before="167" w:after="0" w:line="20" w:lineRule="exact"/>
        <w:rPr>
          <w:rFonts w:hint="eastAsia"/>
        </w:rPr>
      </w:pPr>
    </w:p>
    <w:tbl>
      <w:tblPr>
        <w:tblW w:w="10617" w:type="dxa"/>
        <w:tblInd w:w="64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617"/>
      </w:tblGrid>
      <w:tr w:rsidR="00215D16" w14:paraId="4B10A007" w14:textId="77777777">
        <w:trPr>
          <w:cantSplit/>
          <w:trHeight w:hRule="exact" w:val="10360"/>
        </w:trPr>
        <w:tc>
          <w:tcPr>
            <w:tcW w:w="10617" w:type="dxa"/>
            <w:tcMar>
              <w:top w:w="80" w:type="dxa"/>
              <w:left w:w="80" w:type="dxa"/>
              <w:bottom w:w="20" w:type="dxa"/>
              <w:right w:w="80" w:type="dxa"/>
            </w:tcMar>
          </w:tcPr>
          <w:p w14:paraId="4B10A008" w14:textId="77777777" w:rsidR="00215D16" w:rsidRDefault="00000000">
            <w:pPr>
              <w:spacing w:after="0" w:line="220" w:lineRule="exact"/>
              <w:rPr>
                <w:rFonts w:hint="eastAsia"/>
              </w:rPr>
            </w:pPr>
            <w:r>
              <w:rPr>
                <w:rFonts w:cs="Clear Sans"/>
                <w:szCs w:val="20"/>
                <w:lang w:val="nl-NL"/>
              </w:rPr>
              <w:t xml:space="preserve"> </w:t>
            </w:r>
          </w:p>
        </w:tc>
      </w:tr>
    </w:tbl>
    <w:p w14:paraId="4B10A009" w14:textId="77777777" w:rsidR="00215D16" w:rsidRDefault="00215D16">
      <w:pPr>
        <w:tabs>
          <w:tab w:val="left" w:pos="10921"/>
        </w:tabs>
        <w:spacing w:before="2555" w:after="0" w:line="245" w:lineRule="exact"/>
        <w:ind w:left="535"/>
        <w:rPr>
          <w:rFonts w:hint="eastAsia"/>
        </w:rPr>
      </w:pPr>
    </w:p>
    <w:sectPr w:rsidR="00215D16" w:rsidSect="00034616">
      <w:pgSz w:w="11910" w:h="16845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lear Sans">
    <w:altName w:val="Cambria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89421514">
    <w:abstractNumId w:val="8"/>
  </w:num>
  <w:num w:numId="2" w16cid:durableId="1284967182">
    <w:abstractNumId w:val="6"/>
  </w:num>
  <w:num w:numId="3" w16cid:durableId="1256749194">
    <w:abstractNumId w:val="5"/>
  </w:num>
  <w:num w:numId="4" w16cid:durableId="302464711">
    <w:abstractNumId w:val="4"/>
  </w:num>
  <w:num w:numId="5" w16cid:durableId="1464082801">
    <w:abstractNumId w:val="7"/>
  </w:num>
  <w:num w:numId="6" w16cid:durableId="1649432585">
    <w:abstractNumId w:val="3"/>
  </w:num>
  <w:num w:numId="7" w16cid:durableId="1032733128">
    <w:abstractNumId w:val="2"/>
  </w:num>
  <w:num w:numId="8" w16cid:durableId="393700158">
    <w:abstractNumId w:val="1"/>
  </w:num>
  <w:num w:numId="9" w16cid:durableId="42646810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2FAC"/>
    <w:rsid w:val="00215D16"/>
    <w:rsid w:val="00221DC6"/>
    <w:rsid w:val="0029639D"/>
    <w:rsid w:val="00326F90"/>
    <w:rsid w:val="007D1E38"/>
    <w:rsid w:val="00872DAA"/>
    <w:rsid w:val="009060D0"/>
    <w:rsid w:val="00AA1D8D"/>
    <w:rsid w:val="00B47730"/>
    <w:rsid w:val="00BE37E0"/>
    <w:rsid w:val="00CB0664"/>
    <w:rsid w:val="00E00F5B"/>
    <w:rsid w:val="00FA400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EEC6EB"/>
  <w14:defaultImageDpi w14:val="300"/>
  <w15:docId w15:val="{AD95C0F7-F7F7-E544-B36E-7092E9A8E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rPr>
      <w:rFonts w:ascii="Clear Sans" w:hAnsi="Clear Sans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2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453</Words>
  <Characters>2497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2945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Mats Hartog</cp:lastModifiedBy>
  <cp:revision>6</cp:revision>
  <cp:lastPrinted>2026-09-10T10:35:00Z</cp:lastPrinted>
  <dcterms:created xsi:type="dcterms:W3CDTF">2013-12-23T23:15:00Z</dcterms:created>
  <dcterms:modified xsi:type="dcterms:W3CDTF">2026-09-10T10:47:00Z</dcterms:modified>
  <cp:category/>
</cp:coreProperties>
</file>